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C7234" w14:textId="77777777" w:rsidR="00BF2E94" w:rsidRDefault="00BF2E94">
      <w:pPr>
        <w:spacing w:after="0"/>
        <w:jc w:val="center"/>
      </w:pPr>
    </w:p>
    <w:p w14:paraId="22A6285B" w14:textId="77777777" w:rsidR="00BF2E94" w:rsidRDefault="00000000">
      <w:pPr>
        <w:jc w:val="center"/>
      </w:pPr>
      <w:r>
        <w:rPr>
          <w:b/>
          <w:color w:val="0B2D4D"/>
          <w:sz w:val="44"/>
        </w:rPr>
        <w:t>Book Proposal Form</w:t>
      </w:r>
    </w:p>
    <w:p w14:paraId="7D482C7C" w14:textId="68E3C0F1" w:rsidR="00BF2E94" w:rsidRDefault="00000000" w:rsidP="002A1AC7">
      <w:pPr>
        <w:jc w:val="center"/>
      </w:pPr>
      <w:r>
        <w:rPr>
          <w:i/>
        </w:rPr>
        <w:t>For prospective authors and editors</w:t>
      </w:r>
    </w:p>
    <w:p w14:paraId="54DF9AC4" w14:textId="77777777" w:rsidR="00BF2E94" w:rsidRDefault="00BF2E94"/>
    <w:p w14:paraId="214125A6" w14:textId="77777777" w:rsidR="00BF2E94" w:rsidRDefault="00000000">
      <w:pPr>
        <w:jc w:val="center"/>
      </w:pPr>
      <w:r>
        <w:rPr>
          <w:b/>
          <w:sz w:val="20"/>
        </w:rPr>
        <w:t>Please complete this form as fully as possible. A proposal is an invitation to editorial consideration; it does not constitute acceptance for publication.</w:t>
      </w:r>
      <w:r>
        <w:t xml:space="preserve"> Divisions: Mathematics; Physics; Chemistry; Engineering; Education and Pedagogy; Probability, Statistics, Data Science, and Artificial Intelligence.</w:t>
      </w:r>
    </w:p>
    <w:p w14:paraId="5B4E1FFA" w14:textId="77777777" w:rsidR="00BF2E94" w:rsidRDefault="00000000">
      <w:pPr>
        <w:pStyle w:val="Heading1"/>
        <w:spacing w:before="180" w:after="80"/>
      </w:pPr>
      <w:r>
        <w:t>1. Primary Contact and Author/Editor Information</w:t>
      </w:r>
    </w:p>
    <w:tbl>
      <w:tblPr>
        <w:tblW w:w="10080" w:type="dxa"/>
        <w:jc w:val="center"/>
        <w:tblLayout w:type="fixed"/>
        <w:tblCellMar>
          <w:top w:w="90" w:type="dxa"/>
          <w:left w:w="120" w:type="dxa"/>
          <w:bottom w:w="90" w:type="dxa"/>
          <w:right w:w="120" w:type="dxa"/>
        </w:tblCellMar>
        <w:tblLook w:val="04A0" w:firstRow="1" w:lastRow="0" w:firstColumn="1" w:lastColumn="0" w:noHBand="0" w:noVBand="1"/>
      </w:tblPr>
      <w:tblGrid>
        <w:gridCol w:w="5040"/>
        <w:gridCol w:w="5040"/>
      </w:tblGrid>
      <w:tr w:rsidR="00BF2E94" w14:paraId="107D4D1D"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5F2DAF62" w14:textId="77777777" w:rsidR="00BF2E94" w:rsidRDefault="00000000">
            <w:r>
              <w:rPr>
                <w:b/>
                <w:color w:val="0B2D4D"/>
                <w:sz w:val="19"/>
              </w:rPr>
              <w:t>Primary contact name</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76AE1C36" w14:textId="77777777" w:rsidR="00BF2E94" w:rsidRDefault="00000000">
            <w:r>
              <w:rPr>
                <w:color w:val="6E6E6E"/>
                <w:sz w:val="19"/>
              </w:rPr>
              <w:t>Type here</w:t>
            </w:r>
          </w:p>
        </w:tc>
      </w:tr>
      <w:tr w:rsidR="00BF2E94" w14:paraId="4AEEE1BC"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32041100" w14:textId="77777777" w:rsidR="00BF2E94" w:rsidRDefault="00000000">
            <w:r>
              <w:rPr>
                <w:b/>
                <w:color w:val="0B2D4D"/>
                <w:sz w:val="19"/>
              </w:rPr>
              <w:t>Academic/professional title</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610D0111" w14:textId="77777777" w:rsidR="00BF2E94" w:rsidRDefault="00000000">
            <w:r>
              <w:rPr>
                <w:color w:val="6E6E6E"/>
                <w:sz w:val="19"/>
              </w:rPr>
              <w:t>Type here</w:t>
            </w:r>
          </w:p>
        </w:tc>
      </w:tr>
      <w:tr w:rsidR="00BF2E94" w14:paraId="09B69DD1"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4956CD1A" w14:textId="77777777" w:rsidR="00BF2E94" w:rsidRDefault="00000000">
            <w:r>
              <w:rPr>
                <w:b/>
                <w:color w:val="0B2D4D"/>
                <w:sz w:val="19"/>
              </w:rPr>
              <w:t>Institution/organization</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22073630" w14:textId="77777777" w:rsidR="00BF2E94" w:rsidRDefault="00000000">
            <w:r>
              <w:rPr>
                <w:color w:val="6E6E6E"/>
                <w:sz w:val="19"/>
              </w:rPr>
              <w:t>Type here</w:t>
            </w:r>
          </w:p>
        </w:tc>
      </w:tr>
      <w:tr w:rsidR="00BF2E94" w14:paraId="1BE712F7"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3DD10E41" w14:textId="77777777" w:rsidR="00BF2E94" w:rsidRDefault="00000000">
            <w:r>
              <w:rPr>
                <w:b/>
                <w:color w:val="0B2D4D"/>
                <w:sz w:val="19"/>
              </w:rPr>
              <w:t>Department/unit</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181C975A" w14:textId="77777777" w:rsidR="00BF2E94" w:rsidRDefault="00000000">
            <w:r>
              <w:rPr>
                <w:color w:val="6E6E6E"/>
                <w:sz w:val="19"/>
              </w:rPr>
              <w:t>Type here</w:t>
            </w:r>
          </w:p>
        </w:tc>
      </w:tr>
      <w:tr w:rsidR="00BF2E94" w14:paraId="7EAF688B"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0ACF5B36" w14:textId="77777777" w:rsidR="00BF2E94" w:rsidRDefault="00000000">
            <w:r>
              <w:rPr>
                <w:b/>
                <w:color w:val="0B2D4D"/>
                <w:sz w:val="19"/>
              </w:rPr>
              <w:t>Country</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4FEAD30D" w14:textId="77777777" w:rsidR="00BF2E94" w:rsidRDefault="00000000">
            <w:r>
              <w:rPr>
                <w:color w:val="6E6E6E"/>
                <w:sz w:val="19"/>
              </w:rPr>
              <w:t>Type here</w:t>
            </w:r>
          </w:p>
        </w:tc>
      </w:tr>
      <w:tr w:rsidR="00BF2E94" w14:paraId="7CC3CF79"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2A4A9FFF" w14:textId="77777777" w:rsidR="00BF2E94" w:rsidRDefault="00000000">
            <w:r>
              <w:rPr>
                <w:b/>
                <w:color w:val="0B2D4D"/>
                <w:sz w:val="19"/>
              </w:rPr>
              <w:t>Email</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0BE8CB16" w14:textId="77777777" w:rsidR="00BF2E94" w:rsidRDefault="00000000">
            <w:r>
              <w:rPr>
                <w:color w:val="6E6E6E"/>
                <w:sz w:val="19"/>
              </w:rPr>
              <w:t>Type here</w:t>
            </w:r>
          </w:p>
        </w:tc>
      </w:tr>
      <w:tr w:rsidR="00BF2E94" w14:paraId="3C63B1EB"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7EFB55E8" w14:textId="77777777" w:rsidR="00BF2E94" w:rsidRDefault="00000000">
            <w:r>
              <w:rPr>
                <w:b/>
                <w:color w:val="0B2D4D"/>
                <w:sz w:val="19"/>
              </w:rPr>
              <w:t>ORCID or professional webpage</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0B1B965A" w14:textId="77777777" w:rsidR="00BF2E94" w:rsidRDefault="00000000">
            <w:r>
              <w:rPr>
                <w:color w:val="6E6E6E"/>
                <w:sz w:val="19"/>
              </w:rPr>
              <w:t>Optional</w:t>
            </w:r>
          </w:p>
        </w:tc>
      </w:tr>
    </w:tbl>
    <w:p w14:paraId="57AD5930" w14:textId="77777777" w:rsidR="00BF2E94" w:rsidRDefault="00BF2E94"/>
    <w:p w14:paraId="304377F5" w14:textId="77777777" w:rsidR="00BF2E94" w:rsidRDefault="00000000">
      <w:r>
        <w:rPr>
          <w:b/>
          <w:color w:val="0B2D4D"/>
        </w:rPr>
        <w:t>List all co-authors or co-editors, with affiliations and email addresses.</w:t>
      </w:r>
    </w:p>
    <w:tbl>
      <w:tblPr>
        <w:tblW w:w="10080" w:type="dxa"/>
        <w:jc w:val="center"/>
        <w:tblLayout w:type="fixed"/>
        <w:tblCellMar>
          <w:top w:w="90" w:type="dxa"/>
          <w:left w:w="120" w:type="dxa"/>
          <w:bottom w:w="90" w:type="dxa"/>
          <w:right w:w="120" w:type="dxa"/>
        </w:tblCellMar>
        <w:tblLook w:val="04A0" w:firstRow="1" w:lastRow="0" w:firstColumn="1" w:lastColumn="0" w:noHBand="0" w:noVBand="1"/>
      </w:tblPr>
      <w:tblGrid>
        <w:gridCol w:w="10080"/>
      </w:tblGrid>
      <w:tr w:rsidR="00BF2E94" w14:paraId="4FB34512" w14:textId="77777777">
        <w:trPr>
          <w:jc w:val="center"/>
        </w:trPr>
        <w:tc>
          <w:tcPr>
            <w:tcW w:w="10080" w:type="dxa"/>
            <w:tcBorders>
              <w:top w:val="single" w:sz="4" w:space="0" w:color="D8E1E8"/>
              <w:left w:val="single" w:sz="4" w:space="0" w:color="D8E1E8"/>
              <w:bottom w:val="single" w:sz="4" w:space="0" w:color="D8E1E8"/>
              <w:right w:val="single" w:sz="4" w:space="0" w:color="D8E1E8"/>
            </w:tcBorders>
            <w:tcMar>
              <w:top w:w="160" w:type="dxa"/>
              <w:left w:w="140" w:type="dxa"/>
              <w:bottom w:w="160" w:type="dxa"/>
              <w:right w:w="140" w:type="dxa"/>
            </w:tcMar>
          </w:tcPr>
          <w:p w14:paraId="275DAC9A" w14:textId="77777777" w:rsidR="00BF2E94" w:rsidRDefault="00000000">
            <w:r>
              <w:t xml:space="preserve"> </w:t>
            </w:r>
            <w:r>
              <w:br/>
              <w:t xml:space="preserve"> </w:t>
            </w:r>
            <w:r>
              <w:br/>
              <w:t xml:space="preserve"> </w:t>
            </w:r>
            <w:r>
              <w:br/>
              <w:t xml:space="preserve"> </w:t>
            </w:r>
          </w:p>
        </w:tc>
      </w:tr>
    </w:tbl>
    <w:p w14:paraId="2B6D9510" w14:textId="77777777" w:rsidR="00BF2E94" w:rsidRDefault="00BF2E94"/>
    <w:p w14:paraId="25FC5244" w14:textId="77777777" w:rsidR="00BF2E94" w:rsidRDefault="00000000">
      <w:pPr>
        <w:pStyle w:val="Heading1"/>
        <w:spacing w:before="180" w:after="80"/>
      </w:pPr>
      <w:r>
        <w:t>2. Proposed Book</w:t>
      </w:r>
    </w:p>
    <w:tbl>
      <w:tblPr>
        <w:tblW w:w="10080" w:type="dxa"/>
        <w:jc w:val="center"/>
        <w:tblLayout w:type="fixed"/>
        <w:tblCellMar>
          <w:top w:w="90" w:type="dxa"/>
          <w:left w:w="120" w:type="dxa"/>
          <w:bottom w:w="90" w:type="dxa"/>
          <w:right w:w="120" w:type="dxa"/>
        </w:tblCellMar>
        <w:tblLook w:val="04A0" w:firstRow="1" w:lastRow="0" w:firstColumn="1" w:lastColumn="0" w:noHBand="0" w:noVBand="1"/>
      </w:tblPr>
      <w:tblGrid>
        <w:gridCol w:w="5040"/>
        <w:gridCol w:w="5040"/>
      </w:tblGrid>
      <w:tr w:rsidR="00BF2E94" w14:paraId="44066FEE"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5BECD12B" w14:textId="77777777" w:rsidR="00BF2E94" w:rsidRDefault="00000000">
            <w:r>
              <w:rPr>
                <w:b/>
                <w:color w:val="0B2D4D"/>
                <w:sz w:val="19"/>
              </w:rPr>
              <w:t>Proposed title</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27214FFD" w14:textId="77777777" w:rsidR="00BF2E94" w:rsidRDefault="00000000">
            <w:r>
              <w:rPr>
                <w:color w:val="6E6E6E"/>
                <w:sz w:val="19"/>
              </w:rPr>
              <w:t>Type here</w:t>
            </w:r>
          </w:p>
        </w:tc>
      </w:tr>
      <w:tr w:rsidR="00BF2E94" w14:paraId="6B330AE5"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4600E131" w14:textId="77777777" w:rsidR="00BF2E94" w:rsidRDefault="00000000">
            <w:r>
              <w:rPr>
                <w:b/>
                <w:color w:val="0B2D4D"/>
                <w:sz w:val="19"/>
              </w:rPr>
              <w:t>Proposed subtitle</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2ACBE593" w14:textId="77777777" w:rsidR="00BF2E94" w:rsidRDefault="00000000">
            <w:r>
              <w:rPr>
                <w:color w:val="6E6E6E"/>
                <w:sz w:val="19"/>
              </w:rPr>
              <w:t>Optional</w:t>
            </w:r>
          </w:p>
        </w:tc>
      </w:tr>
      <w:tr w:rsidR="00BF2E94" w14:paraId="025052F2"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2035F2DF" w14:textId="77777777" w:rsidR="00BF2E94" w:rsidRDefault="00000000">
            <w:r>
              <w:rPr>
                <w:b/>
                <w:color w:val="0B2D4D"/>
                <w:sz w:val="19"/>
              </w:rPr>
              <w:t>Book type</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50B31C45" w14:textId="77777777" w:rsidR="00BF2E94" w:rsidRDefault="00000000">
            <w:r>
              <w:rPr>
                <w:color w:val="6E6E6E"/>
                <w:sz w:val="19"/>
              </w:rPr>
              <w:t>☐ Textbook   ☐ Research monograph   ☐ Lecture text   ☐ Advanced educational book   ☐ Edited volume   ☐ Interdisciplinary scholarly work   ☐ Other</w:t>
            </w:r>
          </w:p>
        </w:tc>
      </w:tr>
      <w:tr w:rsidR="00BF2E94" w14:paraId="66E6B82A"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5E8AB327" w14:textId="77777777" w:rsidR="00BF2E94" w:rsidRDefault="00000000">
            <w:r>
              <w:rPr>
                <w:b/>
                <w:color w:val="0B2D4D"/>
                <w:sz w:val="19"/>
              </w:rPr>
              <w:t>Division and subject area</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0A07C394" w14:textId="77777777" w:rsidR="00BF2E94" w:rsidRDefault="00000000">
            <w:r>
              <w:rPr>
                <w:color w:val="6E6E6E"/>
                <w:sz w:val="19"/>
              </w:rPr>
              <w:t>Type here</w:t>
            </w:r>
          </w:p>
        </w:tc>
      </w:tr>
      <w:tr w:rsidR="00BF2E94" w14:paraId="586CF49B"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3C341453" w14:textId="77777777" w:rsidR="00BF2E94" w:rsidRDefault="00000000">
            <w:r>
              <w:rPr>
                <w:b/>
                <w:color w:val="0B2D4D"/>
                <w:sz w:val="19"/>
              </w:rPr>
              <w:t>Secondary/interdisciplinary areas</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34FC91AA" w14:textId="77777777" w:rsidR="00BF2E94" w:rsidRDefault="00000000">
            <w:r>
              <w:rPr>
                <w:color w:val="6E6E6E"/>
                <w:sz w:val="19"/>
              </w:rPr>
              <w:t>Optional</w:t>
            </w:r>
          </w:p>
        </w:tc>
      </w:tr>
      <w:tr w:rsidR="00BF2E94" w14:paraId="532EA625"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66F0D3F2" w14:textId="77777777" w:rsidR="00BF2E94" w:rsidRDefault="00000000">
            <w:r>
              <w:rPr>
                <w:b/>
                <w:color w:val="0B2D4D"/>
                <w:sz w:val="19"/>
              </w:rPr>
              <w:t>Current manuscript status</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3FFFCB7F" w14:textId="77777777" w:rsidR="00BF2E94" w:rsidRDefault="00000000">
            <w:r>
              <w:rPr>
                <w:color w:val="6E6E6E"/>
                <w:sz w:val="19"/>
              </w:rPr>
              <w:t>☐ Proposal only   ☐ Sample chapters available   ☐ Partial manuscript   ☐ Complete manuscript</w:t>
            </w:r>
          </w:p>
        </w:tc>
      </w:tr>
      <w:tr w:rsidR="00BF2E94" w14:paraId="2D794E7A"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3FA8BF92" w14:textId="77777777" w:rsidR="00BF2E94" w:rsidRDefault="00000000">
            <w:r>
              <w:rPr>
                <w:b/>
                <w:color w:val="0B2D4D"/>
                <w:sz w:val="19"/>
              </w:rPr>
              <w:t>Estimated final length</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47CA0D9E" w14:textId="77777777" w:rsidR="00BF2E94" w:rsidRDefault="00000000">
            <w:r>
              <w:rPr>
                <w:color w:val="6E6E6E"/>
                <w:sz w:val="19"/>
              </w:rPr>
              <w:t>Approx. words/pages</w:t>
            </w:r>
          </w:p>
        </w:tc>
      </w:tr>
      <w:tr w:rsidR="00BF2E94" w14:paraId="34A5AB51"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21C45D43" w14:textId="77777777" w:rsidR="00BF2E94" w:rsidRDefault="00000000">
            <w:r>
              <w:rPr>
                <w:b/>
                <w:color w:val="0B2D4D"/>
                <w:sz w:val="19"/>
              </w:rPr>
              <w:t>Anticipated completion date</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053A9D00" w14:textId="77777777" w:rsidR="00BF2E94" w:rsidRDefault="00000000">
            <w:r>
              <w:rPr>
                <w:color w:val="6E6E6E"/>
                <w:sz w:val="19"/>
              </w:rPr>
              <w:t>Month / Year</w:t>
            </w:r>
          </w:p>
        </w:tc>
      </w:tr>
    </w:tbl>
    <w:p w14:paraId="52AA239B" w14:textId="77777777" w:rsidR="00BF2E94" w:rsidRDefault="00BF2E94"/>
    <w:p w14:paraId="6424E1B3" w14:textId="77777777" w:rsidR="00BF2E94" w:rsidRDefault="00000000">
      <w:pPr>
        <w:pStyle w:val="Heading1"/>
        <w:spacing w:before="180" w:after="80"/>
      </w:pPr>
      <w:r>
        <w:t>3. Purpose, Scope, and Distinctive Contribution</w:t>
      </w:r>
    </w:p>
    <w:p w14:paraId="75F37B8C" w14:textId="77777777" w:rsidR="00BF2E94" w:rsidRDefault="00000000">
      <w:r>
        <w:rPr>
          <w:b/>
          <w:color w:val="0B2D4D"/>
        </w:rPr>
        <w:t>In 300–600 words, describe the book, its principal aims, the problem or educational need it addresses, and its expected contribution.</w:t>
      </w:r>
    </w:p>
    <w:tbl>
      <w:tblPr>
        <w:tblW w:w="10080" w:type="dxa"/>
        <w:jc w:val="center"/>
        <w:tblLayout w:type="fixed"/>
        <w:tblCellMar>
          <w:top w:w="90" w:type="dxa"/>
          <w:left w:w="120" w:type="dxa"/>
          <w:bottom w:w="90" w:type="dxa"/>
          <w:right w:w="120" w:type="dxa"/>
        </w:tblCellMar>
        <w:tblLook w:val="04A0" w:firstRow="1" w:lastRow="0" w:firstColumn="1" w:lastColumn="0" w:noHBand="0" w:noVBand="1"/>
      </w:tblPr>
      <w:tblGrid>
        <w:gridCol w:w="10080"/>
      </w:tblGrid>
      <w:tr w:rsidR="00BF2E94" w14:paraId="22A73087" w14:textId="77777777">
        <w:trPr>
          <w:jc w:val="center"/>
        </w:trPr>
        <w:tc>
          <w:tcPr>
            <w:tcW w:w="10080" w:type="dxa"/>
            <w:tcBorders>
              <w:top w:val="single" w:sz="4" w:space="0" w:color="D8E1E8"/>
              <w:left w:val="single" w:sz="4" w:space="0" w:color="D8E1E8"/>
              <w:bottom w:val="single" w:sz="4" w:space="0" w:color="D8E1E8"/>
              <w:right w:val="single" w:sz="4" w:space="0" w:color="D8E1E8"/>
            </w:tcBorders>
            <w:tcMar>
              <w:top w:w="160" w:type="dxa"/>
              <w:left w:w="140" w:type="dxa"/>
              <w:bottom w:w="160" w:type="dxa"/>
              <w:right w:w="140" w:type="dxa"/>
            </w:tcMar>
          </w:tcPr>
          <w:p w14:paraId="18D79CCD" w14:textId="77777777" w:rsidR="00BF2E94" w:rsidRDefault="00000000">
            <w:r>
              <w:t xml:space="preserve"> </w:t>
            </w:r>
            <w:r>
              <w:br/>
              <w:t xml:space="preserve"> </w:t>
            </w:r>
            <w:r>
              <w:br/>
              <w:t xml:space="preserve"> </w:t>
            </w:r>
            <w:r>
              <w:br/>
              <w:t xml:space="preserve"> </w:t>
            </w:r>
            <w:r>
              <w:br/>
              <w:t xml:space="preserve"> </w:t>
            </w:r>
            <w:r>
              <w:br/>
              <w:t xml:space="preserve"> </w:t>
            </w:r>
            <w:r>
              <w:br/>
              <w:t xml:space="preserve"> </w:t>
            </w:r>
            <w:r>
              <w:br/>
              <w:t xml:space="preserve"> </w:t>
            </w:r>
          </w:p>
        </w:tc>
      </w:tr>
    </w:tbl>
    <w:p w14:paraId="02FD6C89" w14:textId="77777777" w:rsidR="00BF2E94" w:rsidRDefault="00BF2E94"/>
    <w:p w14:paraId="4F396DCE" w14:textId="77777777" w:rsidR="00BF2E94" w:rsidRDefault="00000000">
      <w:r>
        <w:rPr>
          <w:b/>
          <w:color w:val="0B2D4D"/>
        </w:rPr>
        <w:t>What are the 3–5 most distinctive features of the proposed book?</w:t>
      </w:r>
    </w:p>
    <w:tbl>
      <w:tblPr>
        <w:tblW w:w="10080" w:type="dxa"/>
        <w:jc w:val="center"/>
        <w:tblLayout w:type="fixed"/>
        <w:tblCellMar>
          <w:top w:w="90" w:type="dxa"/>
          <w:left w:w="120" w:type="dxa"/>
          <w:bottom w:w="90" w:type="dxa"/>
          <w:right w:w="120" w:type="dxa"/>
        </w:tblCellMar>
        <w:tblLook w:val="04A0" w:firstRow="1" w:lastRow="0" w:firstColumn="1" w:lastColumn="0" w:noHBand="0" w:noVBand="1"/>
      </w:tblPr>
      <w:tblGrid>
        <w:gridCol w:w="10080"/>
      </w:tblGrid>
      <w:tr w:rsidR="00BF2E94" w14:paraId="6355A91E" w14:textId="77777777">
        <w:trPr>
          <w:jc w:val="center"/>
        </w:trPr>
        <w:tc>
          <w:tcPr>
            <w:tcW w:w="10080" w:type="dxa"/>
            <w:tcBorders>
              <w:top w:val="single" w:sz="4" w:space="0" w:color="D8E1E8"/>
              <w:left w:val="single" w:sz="4" w:space="0" w:color="D8E1E8"/>
              <w:bottom w:val="single" w:sz="4" w:space="0" w:color="D8E1E8"/>
              <w:right w:val="single" w:sz="4" w:space="0" w:color="D8E1E8"/>
            </w:tcBorders>
            <w:tcMar>
              <w:top w:w="160" w:type="dxa"/>
              <w:left w:w="140" w:type="dxa"/>
              <w:bottom w:w="160" w:type="dxa"/>
              <w:right w:w="140" w:type="dxa"/>
            </w:tcMar>
          </w:tcPr>
          <w:p w14:paraId="69364DDB" w14:textId="77777777" w:rsidR="00BF2E94" w:rsidRDefault="00000000">
            <w:r>
              <w:t xml:space="preserve"> </w:t>
            </w:r>
            <w:r>
              <w:br/>
              <w:t xml:space="preserve"> </w:t>
            </w:r>
            <w:r>
              <w:br/>
              <w:t xml:space="preserve"> </w:t>
            </w:r>
            <w:r>
              <w:br/>
              <w:t xml:space="preserve"> </w:t>
            </w:r>
            <w:r>
              <w:br/>
              <w:t xml:space="preserve"> </w:t>
            </w:r>
          </w:p>
        </w:tc>
      </w:tr>
    </w:tbl>
    <w:p w14:paraId="6845C694" w14:textId="77777777" w:rsidR="00BF2E94" w:rsidRDefault="00BF2E94"/>
    <w:p w14:paraId="57DFFE12" w14:textId="77777777" w:rsidR="00BF2E94" w:rsidRDefault="00000000">
      <w:pPr>
        <w:pStyle w:val="Heading1"/>
        <w:spacing w:before="180" w:after="80"/>
      </w:pPr>
      <w:r>
        <w:t>4. Intended Readership and International Relevance</w:t>
      </w:r>
    </w:p>
    <w:p w14:paraId="4722DE5E" w14:textId="77777777" w:rsidR="00BF2E94" w:rsidRDefault="00000000">
      <w:r>
        <w:rPr>
          <w:b/>
          <w:color w:val="0B2D4D"/>
        </w:rPr>
        <w:t>Identify the primary and secondary readership (for example: school students, undergraduate students, graduate students, researchers, teachers, practitioners, or interdisciplinary readers).</w:t>
      </w:r>
    </w:p>
    <w:tbl>
      <w:tblPr>
        <w:tblW w:w="10080" w:type="dxa"/>
        <w:jc w:val="center"/>
        <w:tblLayout w:type="fixed"/>
        <w:tblCellMar>
          <w:top w:w="90" w:type="dxa"/>
          <w:left w:w="120" w:type="dxa"/>
          <w:bottom w:w="90" w:type="dxa"/>
          <w:right w:w="120" w:type="dxa"/>
        </w:tblCellMar>
        <w:tblLook w:val="04A0" w:firstRow="1" w:lastRow="0" w:firstColumn="1" w:lastColumn="0" w:noHBand="0" w:noVBand="1"/>
      </w:tblPr>
      <w:tblGrid>
        <w:gridCol w:w="10080"/>
      </w:tblGrid>
      <w:tr w:rsidR="00BF2E94" w14:paraId="2CDE868B" w14:textId="77777777">
        <w:trPr>
          <w:jc w:val="center"/>
        </w:trPr>
        <w:tc>
          <w:tcPr>
            <w:tcW w:w="10080" w:type="dxa"/>
            <w:tcBorders>
              <w:top w:val="single" w:sz="4" w:space="0" w:color="D8E1E8"/>
              <w:left w:val="single" w:sz="4" w:space="0" w:color="D8E1E8"/>
              <w:bottom w:val="single" w:sz="4" w:space="0" w:color="D8E1E8"/>
              <w:right w:val="single" w:sz="4" w:space="0" w:color="D8E1E8"/>
            </w:tcBorders>
            <w:tcMar>
              <w:top w:w="160" w:type="dxa"/>
              <w:left w:w="140" w:type="dxa"/>
              <w:bottom w:w="160" w:type="dxa"/>
              <w:right w:w="140" w:type="dxa"/>
            </w:tcMar>
          </w:tcPr>
          <w:p w14:paraId="1FB99038" w14:textId="77777777" w:rsidR="00BF2E94" w:rsidRDefault="00000000">
            <w:r>
              <w:t xml:space="preserve"> </w:t>
            </w:r>
            <w:r>
              <w:br/>
              <w:t xml:space="preserve"> </w:t>
            </w:r>
            <w:r>
              <w:br/>
            </w:r>
            <w:r>
              <w:t xml:space="preserve"> </w:t>
            </w:r>
            <w:r>
              <w:br/>
              <w:t xml:space="preserve"> </w:t>
            </w:r>
            <w:r>
              <w:br/>
              <w:t xml:space="preserve"> </w:t>
            </w:r>
          </w:p>
        </w:tc>
      </w:tr>
    </w:tbl>
    <w:p w14:paraId="6FDC3FEF" w14:textId="77777777" w:rsidR="00BF2E94" w:rsidRDefault="00BF2E94"/>
    <w:tbl>
      <w:tblPr>
        <w:tblW w:w="10080" w:type="dxa"/>
        <w:jc w:val="center"/>
        <w:tblLayout w:type="fixed"/>
        <w:tblCellMar>
          <w:top w:w="90" w:type="dxa"/>
          <w:left w:w="120" w:type="dxa"/>
          <w:bottom w:w="90" w:type="dxa"/>
          <w:right w:w="120" w:type="dxa"/>
        </w:tblCellMar>
        <w:tblLook w:val="04A0" w:firstRow="1" w:lastRow="0" w:firstColumn="1" w:lastColumn="0" w:noHBand="0" w:noVBand="1"/>
      </w:tblPr>
      <w:tblGrid>
        <w:gridCol w:w="5040"/>
        <w:gridCol w:w="5040"/>
      </w:tblGrid>
      <w:tr w:rsidR="00BF2E94" w14:paraId="6E885C60"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6F8DB1ED" w14:textId="77777777" w:rsidR="00BF2E94" w:rsidRDefault="00000000">
            <w:r>
              <w:rPr>
                <w:b/>
                <w:color w:val="0B2D4D"/>
                <w:sz w:val="19"/>
              </w:rPr>
              <w:t>Academic level / school grade</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29EFC5EA" w14:textId="77777777" w:rsidR="00BF2E94" w:rsidRDefault="00000000">
            <w:r>
              <w:rPr>
                <w:color w:val="6E6E6E"/>
                <w:sz w:val="19"/>
              </w:rPr>
              <w:t>Type here</w:t>
            </w:r>
          </w:p>
        </w:tc>
      </w:tr>
      <w:tr w:rsidR="00BF2E94" w14:paraId="7646596B"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004CBBD3" w14:textId="77777777" w:rsidR="00BF2E94" w:rsidRDefault="00000000">
            <w:r>
              <w:rPr>
                <w:b/>
                <w:color w:val="0B2D4D"/>
                <w:sz w:val="19"/>
              </w:rPr>
              <w:t>Prerequisites</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1ACE4554" w14:textId="77777777" w:rsidR="00BF2E94" w:rsidRDefault="00000000">
            <w:r>
              <w:rPr>
                <w:color w:val="6E6E6E"/>
                <w:sz w:val="19"/>
              </w:rPr>
              <w:t>Type here</w:t>
            </w:r>
          </w:p>
        </w:tc>
      </w:tr>
      <w:tr w:rsidR="00BF2E94" w14:paraId="738D292E"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03E1450D" w14:textId="77777777" w:rsidR="00BF2E94" w:rsidRDefault="00000000">
            <w:r>
              <w:rPr>
                <w:b/>
                <w:color w:val="0B2D4D"/>
                <w:sz w:val="19"/>
              </w:rPr>
              <w:t>Potential courses/programs</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7422BBD7" w14:textId="77777777" w:rsidR="00BF2E94" w:rsidRDefault="00000000">
            <w:r>
              <w:rPr>
                <w:color w:val="6E6E6E"/>
                <w:sz w:val="19"/>
              </w:rPr>
              <w:t>Type here</w:t>
            </w:r>
          </w:p>
        </w:tc>
      </w:tr>
      <w:tr w:rsidR="00BF2E94" w14:paraId="4B386D15"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0971B024" w14:textId="77777777" w:rsidR="00BF2E94" w:rsidRDefault="00000000">
            <w:r>
              <w:rPr>
                <w:b/>
                <w:color w:val="0B2D4D"/>
                <w:sz w:val="19"/>
              </w:rPr>
              <w:t>Geographic/international relevance</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697F143E" w14:textId="77777777" w:rsidR="00BF2E94" w:rsidRDefault="00000000">
            <w:r>
              <w:rPr>
                <w:color w:val="6E6E6E"/>
                <w:sz w:val="19"/>
              </w:rPr>
              <w:t>Countries, regions, or worldwide audience</w:t>
            </w:r>
          </w:p>
        </w:tc>
      </w:tr>
    </w:tbl>
    <w:p w14:paraId="4EBDA14F" w14:textId="77777777" w:rsidR="00BF2E94" w:rsidRDefault="00BF2E94"/>
    <w:p w14:paraId="5BE23601" w14:textId="77777777" w:rsidR="00BF2E94" w:rsidRDefault="00000000">
      <w:r>
        <w:rPr>
          <w:b/>
          <w:color w:val="0B2D4D"/>
        </w:rPr>
        <w:t>If the book is intended for teaching, explain how instructors might use it (course length, level, sequence, exercises, projects, supplements, etc.).</w:t>
      </w:r>
    </w:p>
    <w:tbl>
      <w:tblPr>
        <w:tblW w:w="10080" w:type="dxa"/>
        <w:jc w:val="center"/>
        <w:tblLayout w:type="fixed"/>
        <w:tblCellMar>
          <w:top w:w="90" w:type="dxa"/>
          <w:left w:w="120" w:type="dxa"/>
          <w:bottom w:w="90" w:type="dxa"/>
          <w:right w:w="120" w:type="dxa"/>
        </w:tblCellMar>
        <w:tblLook w:val="04A0" w:firstRow="1" w:lastRow="0" w:firstColumn="1" w:lastColumn="0" w:noHBand="0" w:noVBand="1"/>
      </w:tblPr>
      <w:tblGrid>
        <w:gridCol w:w="10080"/>
      </w:tblGrid>
      <w:tr w:rsidR="00BF2E94" w14:paraId="4F13EDDF" w14:textId="77777777">
        <w:trPr>
          <w:jc w:val="center"/>
        </w:trPr>
        <w:tc>
          <w:tcPr>
            <w:tcW w:w="10080" w:type="dxa"/>
            <w:tcBorders>
              <w:top w:val="single" w:sz="4" w:space="0" w:color="D8E1E8"/>
              <w:left w:val="single" w:sz="4" w:space="0" w:color="D8E1E8"/>
              <w:bottom w:val="single" w:sz="4" w:space="0" w:color="D8E1E8"/>
              <w:right w:val="single" w:sz="4" w:space="0" w:color="D8E1E8"/>
            </w:tcBorders>
            <w:tcMar>
              <w:top w:w="160" w:type="dxa"/>
              <w:left w:w="140" w:type="dxa"/>
              <w:bottom w:w="160" w:type="dxa"/>
              <w:right w:w="140" w:type="dxa"/>
            </w:tcMar>
          </w:tcPr>
          <w:p w14:paraId="103EAA32" w14:textId="77777777" w:rsidR="00BF2E94" w:rsidRDefault="00000000">
            <w:r>
              <w:t xml:space="preserve"> </w:t>
            </w:r>
            <w:r>
              <w:br/>
              <w:t xml:space="preserve"> </w:t>
            </w:r>
            <w:r>
              <w:br/>
              <w:t xml:space="preserve"> </w:t>
            </w:r>
            <w:r>
              <w:br/>
              <w:t xml:space="preserve"> </w:t>
            </w:r>
            <w:r>
              <w:br/>
              <w:t xml:space="preserve"> </w:t>
            </w:r>
          </w:p>
        </w:tc>
      </w:tr>
    </w:tbl>
    <w:p w14:paraId="4A995635" w14:textId="77777777" w:rsidR="00BF2E94" w:rsidRDefault="00BF2E94"/>
    <w:p w14:paraId="778D130E" w14:textId="77777777" w:rsidR="00BF2E94" w:rsidRDefault="00000000">
      <w:pPr>
        <w:pStyle w:val="Heading1"/>
        <w:spacing w:before="180" w:after="80"/>
      </w:pPr>
      <w:r>
        <w:t>5. Contents and Manuscript Plan</w:t>
      </w:r>
    </w:p>
    <w:p w14:paraId="7A20FE30" w14:textId="77777777" w:rsidR="00BF2E94" w:rsidRDefault="00000000">
      <w:r>
        <w:rPr>
          <w:b/>
          <w:color w:val="0B2D4D"/>
        </w:rPr>
        <w:t>Provide the proposed table of contents. For each chapter, include a short synopsis describing its purpose and principal topics. Attach additional pages if necessary.</w:t>
      </w:r>
    </w:p>
    <w:tbl>
      <w:tblPr>
        <w:tblW w:w="10080" w:type="dxa"/>
        <w:jc w:val="center"/>
        <w:tblLayout w:type="fixed"/>
        <w:tblCellMar>
          <w:top w:w="90" w:type="dxa"/>
          <w:left w:w="120" w:type="dxa"/>
          <w:bottom w:w="90" w:type="dxa"/>
          <w:right w:w="120" w:type="dxa"/>
        </w:tblCellMar>
        <w:tblLook w:val="04A0" w:firstRow="1" w:lastRow="0" w:firstColumn="1" w:lastColumn="0" w:noHBand="0" w:noVBand="1"/>
      </w:tblPr>
      <w:tblGrid>
        <w:gridCol w:w="10080"/>
      </w:tblGrid>
      <w:tr w:rsidR="00BF2E94" w14:paraId="3079B3FC" w14:textId="77777777">
        <w:trPr>
          <w:jc w:val="center"/>
        </w:trPr>
        <w:tc>
          <w:tcPr>
            <w:tcW w:w="10080" w:type="dxa"/>
            <w:tcBorders>
              <w:top w:val="single" w:sz="4" w:space="0" w:color="D8E1E8"/>
              <w:left w:val="single" w:sz="4" w:space="0" w:color="D8E1E8"/>
              <w:bottom w:val="single" w:sz="4" w:space="0" w:color="D8E1E8"/>
              <w:right w:val="single" w:sz="4" w:space="0" w:color="D8E1E8"/>
            </w:tcBorders>
            <w:tcMar>
              <w:top w:w="160" w:type="dxa"/>
              <w:left w:w="140" w:type="dxa"/>
              <w:bottom w:w="160" w:type="dxa"/>
              <w:right w:w="140" w:type="dxa"/>
            </w:tcMar>
          </w:tcPr>
          <w:p w14:paraId="5EC46C40" w14:textId="77777777" w:rsidR="00BF2E94" w:rsidRDefault="00000000">
            <w:r>
              <w:t xml:space="preserve"> </w:t>
            </w:r>
            <w:r>
              <w:br/>
              <w:t xml:space="preserve"> </w:t>
            </w:r>
            <w:r>
              <w:br/>
              <w:t xml:space="preserve"> </w:t>
            </w:r>
            <w:r>
              <w:br/>
              <w:t xml:space="preserve"> </w:t>
            </w:r>
            <w:r>
              <w:br/>
              <w:t xml:space="preserve"> </w:t>
            </w:r>
            <w:r>
              <w:br/>
              <w:t xml:space="preserve"> </w:t>
            </w:r>
            <w:r>
              <w:br/>
              <w:t xml:space="preserve"> </w:t>
            </w:r>
            <w:r>
              <w:br/>
              <w:t xml:space="preserve"> </w:t>
            </w:r>
            <w:r>
              <w:br/>
              <w:t xml:space="preserve"> </w:t>
            </w:r>
            <w:r>
              <w:br/>
              <w:t xml:space="preserve"> </w:t>
            </w:r>
          </w:p>
        </w:tc>
      </w:tr>
    </w:tbl>
    <w:p w14:paraId="47FA9121" w14:textId="77777777" w:rsidR="00BF2E94" w:rsidRDefault="00BF2E94"/>
    <w:p w14:paraId="729E7CDF" w14:textId="77777777" w:rsidR="00BF2E94" w:rsidRDefault="00000000">
      <w:r>
        <w:rPr>
          <w:b/>
          <w:color w:val="0B2D4D"/>
        </w:rPr>
        <w:t>Describe figures, tables, algorithms, code, datasets, exercises, solutions, multimedia, or supplementary resources expected in the book.</w:t>
      </w:r>
    </w:p>
    <w:tbl>
      <w:tblPr>
        <w:tblW w:w="10080" w:type="dxa"/>
        <w:jc w:val="center"/>
        <w:tblLayout w:type="fixed"/>
        <w:tblCellMar>
          <w:top w:w="90" w:type="dxa"/>
          <w:left w:w="120" w:type="dxa"/>
          <w:bottom w:w="90" w:type="dxa"/>
          <w:right w:w="120" w:type="dxa"/>
        </w:tblCellMar>
        <w:tblLook w:val="04A0" w:firstRow="1" w:lastRow="0" w:firstColumn="1" w:lastColumn="0" w:noHBand="0" w:noVBand="1"/>
      </w:tblPr>
      <w:tblGrid>
        <w:gridCol w:w="10080"/>
      </w:tblGrid>
      <w:tr w:rsidR="00BF2E94" w14:paraId="607C456C" w14:textId="77777777">
        <w:trPr>
          <w:jc w:val="center"/>
        </w:trPr>
        <w:tc>
          <w:tcPr>
            <w:tcW w:w="10080" w:type="dxa"/>
            <w:tcBorders>
              <w:top w:val="single" w:sz="4" w:space="0" w:color="D8E1E8"/>
              <w:left w:val="single" w:sz="4" w:space="0" w:color="D8E1E8"/>
              <w:bottom w:val="single" w:sz="4" w:space="0" w:color="D8E1E8"/>
              <w:right w:val="single" w:sz="4" w:space="0" w:color="D8E1E8"/>
            </w:tcBorders>
            <w:tcMar>
              <w:top w:w="160" w:type="dxa"/>
              <w:left w:w="140" w:type="dxa"/>
              <w:bottom w:w="160" w:type="dxa"/>
              <w:right w:w="140" w:type="dxa"/>
            </w:tcMar>
          </w:tcPr>
          <w:p w14:paraId="452967B4" w14:textId="77777777" w:rsidR="00BF2E94" w:rsidRDefault="00000000">
            <w:r>
              <w:t xml:space="preserve"> </w:t>
            </w:r>
            <w:r>
              <w:br/>
              <w:t xml:space="preserve"> </w:t>
            </w:r>
            <w:r>
              <w:br/>
              <w:t xml:space="preserve"> </w:t>
            </w:r>
            <w:r>
              <w:br/>
              <w:t xml:space="preserve"> </w:t>
            </w:r>
            <w:r>
              <w:br/>
              <w:t xml:space="preserve"> </w:t>
            </w:r>
          </w:p>
        </w:tc>
      </w:tr>
    </w:tbl>
    <w:p w14:paraId="1A8022B1" w14:textId="77777777" w:rsidR="00BF2E94" w:rsidRDefault="00BF2E94"/>
    <w:p w14:paraId="40BFADB4" w14:textId="77777777" w:rsidR="00BF2E94" w:rsidRDefault="00000000">
      <w:pPr>
        <w:pStyle w:val="Heading1"/>
        <w:spacing w:before="180" w:after="80"/>
      </w:pPr>
      <w:r>
        <w:t>6. Comparable and Complementary Books</w:t>
      </w:r>
    </w:p>
    <w:p w14:paraId="14779E39" w14:textId="77777777" w:rsidR="00BF2E94" w:rsidRDefault="00000000">
      <w:r>
        <w:t>Identify important existing books serving a similar audience or subject area. Explain clearly how your proposed book differs from, complements, or improves upon them.</w:t>
      </w:r>
    </w:p>
    <w:tbl>
      <w:tblPr>
        <w:tblW w:w="10080" w:type="dxa"/>
        <w:jc w:val="center"/>
        <w:tblLayout w:type="fixed"/>
        <w:tblCellMar>
          <w:top w:w="90" w:type="dxa"/>
          <w:left w:w="120" w:type="dxa"/>
          <w:bottom w:w="90" w:type="dxa"/>
          <w:right w:w="120" w:type="dxa"/>
        </w:tblCellMar>
        <w:tblLook w:val="04A0" w:firstRow="1" w:lastRow="0" w:firstColumn="1" w:lastColumn="0" w:noHBand="0" w:noVBand="1"/>
      </w:tblPr>
      <w:tblGrid>
        <w:gridCol w:w="2016"/>
        <w:gridCol w:w="2016"/>
        <w:gridCol w:w="2016"/>
        <w:gridCol w:w="2016"/>
        <w:gridCol w:w="2016"/>
      </w:tblGrid>
      <w:tr w:rsidR="00BF2E94" w14:paraId="7DF16D1F" w14:textId="77777777">
        <w:trPr>
          <w:jc w:val="center"/>
        </w:trPr>
        <w:tc>
          <w:tcPr>
            <w:tcW w:w="2016" w:type="dxa"/>
            <w:tcBorders>
              <w:top w:val="single" w:sz="4" w:space="0" w:color="D8E1E8"/>
              <w:left w:val="single" w:sz="4" w:space="0" w:color="D8E1E8"/>
              <w:bottom w:val="single" w:sz="4" w:space="0" w:color="D8E1E8"/>
              <w:right w:val="single" w:sz="4" w:space="0" w:color="D8E1E8"/>
            </w:tcBorders>
            <w:shd w:val="clear" w:color="auto" w:fill="0B2D4D"/>
            <w:tcMar>
              <w:top w:w="100" w:type="dxa"/>
              <w:left w:w="80" w:type="dxa"/>
              <w:bottom w:w="100" w:type="dxa"/>
              <w:right w:w="80" w:type="dxa"/>
            </w:tcMar>
            <w:vAlign w:val="center"/>
          </w:tcPr>
          <w:p w14:paraId="4BFD9D4A" w14:textId="77777777" w:rsidR="00BF2E94" w:rsidRDefault="00000000">
            <w:r>
              <w:rPr>
                <w:b/>
                <w:color w:val="FFFFFF"/>
                <w:sz w:val="17"/>
              </w:rPr>
              <w:t>Title / Author</w:t>
            </w:r>
          </w:p>
        </w:tc>
        <w:tc>
          <w:tcPr>
            <w:tcW w:w="2016" w:type="dxa"/>
            <w:tcBorders>
              <w:top w:val="single" w:sz="4" w:space="0" w:color="D8E1E8"/>
              <w:left w:val="single" w:sz="4" w:space="0" w:color="D8E1E8"/>
              <w:bottom w:val="single" w:sz="4" w:space="0" w:color="D8E1E8"/>
              <w:right w:val="single" w:sz="4" w:space="0" w:color="D8E1E8"/>
            </w:tcBorders>
            <w:shd w:val="clear" w:color="auto" w:fill="0B2D4D"/>
            <w:tcMar>
              <w:top w:w="100" w:type="dxa"/>
              <w:left w:w="80" w:type="dxa"/>
              <w:bottom w:w="100" w:type="dxa"/>
              <w:right w:w="80" w:type="dxa"/>
            </w:tcMar>
            <w:vAlign w:val="center"/>
          </w:tcPr>
          <w:p w14:paraId="5B87FCA5" w14:textId="77777777" w:rsidR="00BF2E94" w:rsidRDefault="00000000">
            <w:r>
              <w:rPr>
                <w:b/>
                <w:color w:val="FFFFFF"/>
                <w:sz w:val="17"/>
              </w:rPr>
              <w:t>Publisher / Year</w:t>
            </w:r>
          </w:p>
        </w:tc>
        <w:tc>
          <w:tcPr>
            <w:tcW w:w="2016" w:type="dxa"/>
            <w:tcBorders>
              <w:top w:val="single" w:sz="4" w:space="0" w:color="D8E1E8"/>
              <w:left w:val="single" w:sz="4" w:space="0" w:color="D8E1E8"/>
              <w:bottom w:val="single" w:sz="4" w:space="0" w:color="D8E1E8"/>
              <w:right w:val="single" w:sz="4" w:space="0" w:color="D8E1E8"/>
            </w:tcBorders>
            <w:shd w:val="clear" w:color="auto" w:fill="0B2D4D"/>
            <w:tcMar>
              <w:top w:w="100" w:type="dxa"/>
              <w:left w:w="80" w:type="dxa"/>
              <w:bottom w:w="100" w:type="dxa"/>
              <w:right w:w="80" w:type="dxa"/>
            </w:tcMar>
            <w:vAlign w:val="center"/>
          </w:tcPr>
          <w:p w14:paraId="0AF41AD7" w14:textId="77777777" w:rsidR="00BF2E94" w:rsidRDefault="00000000">
            <w:r>
              <w:rPr>
                <w:b/>
                <w:color w:val="FFFFFF"/>
                <w:sz w:val="17"/>
              </w:rPr>
              <w:t>Audience</w:t>
            </w:r>
          </w:p>
        </w:tc>
        <w:tc>
          <w:tcPr>
            <w:tcW w:w="2016" w:type="dxa"/>
            <w:tcBorders>
              <w:top w:val="single" w:sz="4" w:space="0" w:color="D8E1E8"/>
              <w:left w:val="single" w:sz="4" w:space="0" w:color="D8E1E8"/>
              <w:bottom w:val="single" w:sz="4" w:space="0" w:color="D8E1E8"/>
              <w:right w:val="single" w:sz="4" w:space="0" w:color="D8E1E8"/>
            </w:tcBorders>
            <w:shd w:val="clear" w:color="auto" w:fill="0B2D4D"/>
            <w:tcMar>
              <w:top w:w="100" w:type="dxa"/>
              <w:left w:w="80" w:type="dxa"/>
              <w:bottom w:w="100" w:type="dxa"/>
              <w:right w:w="80" w:type="dxa"/>
            </w:tcMar>
            <w:vAlign w:val="center"/>
          </w:tcPr>
          <w:p w14:paraId="51B655DD" w14:textId="77777777" w:rsidR="00BF2E94" w:rsidRDefault="00000000">
            <w:r>
              <w:rPr>
                <w:b/>
                <w:color w:val="FFFFFF"/>
                <w:sz w:val="17"/>
              </w:rPr>
              <w:t>Overlap</w:t>
            </w:r>
          </w:p>
        </w:tc>
        <w:tc>
          <w:tcPr>
            <w:tcW w:w="2016" w:type="dxa"/>
            <w:tcBorders>
              <w:top w:val="single" w:sz="4" w:space="0" w:color="D8E1E8"/>
              <w:left w:val="single" w:sz="4" w:space="0" w:color="D8E1E8"/>
              <w:bottom w:val="single" w:sz="4" w:space="0" w:color="D8E1E8"/>
              <w:right w:val="single" w:sz="4" w:space="0" w:color="D8E1E8"/>
            </w:tcBorders>
            <w:shd w:val="clear" w:color="auto" w:fill="0B2D4D"/>
            <w:tcMar>
              <w:top w:w="100" w:type="dxa"/>
              <w:left w:w="80" w:type="dxa"/>
              <w:bottom w:w="100" w:type="dxa"/>
              <w:right w:w="80" w:type="dxa"/>
            </w:tcMar>
            <w:vAlign w:val="center"/>
          </w:tcPr>
          <w:p w14:paraId="5B08DC1F" w14:textId="77777777" w:rsidR="00BF2E94" w:rsidRDefault="00000000">
            <w:r>
              <w:rPr>
                <w:b/>
                <w:color w:val="FFFFFF"/>
                <w:sz w:val="17"/>
              </w:rPr>
              <w:t>Distinctive difference</w:t>
            </w:r>
          </w:p>
        </w:tc>
      </w:tr>
      <w:tr w:rsidR="00BF2E94" w14:paraId="7FE6A07D" w14:textId="77777777">
        <w:trPr>
          <w:jc w:val="center"/>
        </w:trPr>
        <w:tc>
          <w:tcPr>
            <w:tcW w:w="2016" w:type="dxa"/>
            <w:tcBorders>
              <w:top w:val="single" w:sz="4" w:space="0" w:color="D8E1E8"/>
              <w:left w:val="single" w:sz="4" w:space="0" w:color="D8E1E8"/>
              <w:bottom w:val="single" w:sz="4" w:space="0" w:color="D8E1E8"/>
              <w:right w:val="single" w:sz="4" w:space="0" w:color="D8E1E8"/>
            </w:tcBorders>
            <w:tcMar>
              <w:top w:w="130" w:type="dxa"/>
              <w:left w:w="80" w:type="dxa"/>
              <w:bottom w:w="130" w:type="dxa"/>
              <w:right w:w="80" w:type="dxa"/>
            </w:tcMar>
          </w:tcPr>
          <w:p w14:paraId="31F432A0" w14:textId="77777777" w:rsidR="00BF2E94" w:rsidRDefault="00000000">
            <w:r>
              <w:t xml:space="preserve"> </w:t>
            </w:r>
          </w:p>
        </w:tc>
        <w:tc>
          <w:tcPr>
            <w:tcW w:w="2016" w:type="dxa"/>
            <w:tcBorders>
              <w:top w:val="single" w:sz="4" w:space="0" w:color="D8E1E8"/>
              <w:left w:val="single" w:sz="4" w:space="0" w:color="D8E1E8"/>
              <w:bottom w:val="single" w:sz="4" w:space="0" w:color="D8E1E8"/>
              <w:right w:val="single" w:sz="4" w:space="0" w:color="D8E1E8"/>
            </w:tcBorders>
            <w:tcMar>
              <w:top w:w="130" w:type="dxa"/>
              <w:left w:w="80" w:type="dxa"/>
              <w:bottom w:w="130" w:type="dxa"/>
              <w:right w:w="80" w:type="dxa"/>
            </w:tcMar>
          </w:tcPr>
          <w:p w14:paraId="0047016A" w14:textId="77777777" w:rsidR="00BF2E94" w:rsidRDefault="00000000">
            <w:r>
              <w:t xml:space="preserve"> </w:t>
            </w:r>
          </w:p>
        </w:tc>
        <w:tc>
          <w:tcPr>
            <w:tcW w:w="2016" w:type="dxa"/>
            <w:tcBorders>
              <w:top w:val="single" w:sz="4" w:space="0" w:color="D8E1E8"/>
              <w:left w:val="single" w:sz="4" w:space="0" w:color="D8E1E8"/>
              <w:bottom w:val="single" w:sz="4" w:space="0" w:color="D8E1E8"/>
              <w:right w:val="single" w:sz="4" w:space="0" w:color="D8E1E8"/>
            </w:tcBorders>
            <w:tcMar>
              <w:top w:w="130" w:type="dxa"/>
              <w:left w:w="80" w:type="dxa"/>
              <w:bottom w:w="130" w:type="dxa"/>
              <w:right w:w="80" w:type="dxa"/>
            </w:tcMar>
          </w:tcPr>
          <w:p w14:paraId="3F0DF874" w14:textId="77777777" w:rsidR="00BF2E94" w:rsidRDefault="00000000">
            <w:r>
              <w:t xml:space="preserve"> </w:t>
            </w:r>
          </w:p>
        </w:tc>
        <w:tc>
          <w:tcPr>
            <w:tcW w:w="2016" w:type="dxa"/>
            <w:tcBorders>
              <w:top w:val="single" w:sz="4" w:space="0" w:color="D8E1E8"/>
              <w:left w:val="single" w:sz="4" w:space="0" w:color="D8E1E8"/>
              <w:bottom w:val="single" w:sz="4" w:space="0" w:color="D8E1E8"/>
              <w:right w:val="single" w:sz="4" w:space="0" w:color="D8E1E8"/>
            </w:tcBorders>
            <w:tcMar>
              <w:top w:w="130" w:type="dxa"/>
              <w:left w:w="80" w:type="dxa"/>
              <w:bottom w:w="130" w:type="dxa"/>
              <w:right w:w="80" w:type="dxa"/>
            </w:tcMar>
          </w:tcPr>
          <w:p w14:paraId="160155C8" w14:textId="77777777" w:rsidR="00BF2E94" w:rsidRDefault="00000000">
            <w:r>
              <w:t xml:space="preserve"> </w:t>
            </w:r>
          </w:p>
        </w:tc>
        <w:tc>
          <w:tcPr>
            <w:tcW w:w="2016" w:type="dxa"/>
            <w:tcBorders>
              <w:top w:val="single" w:sz="4" w:space="0" w:color="D8E1E8"/>
              <w:left w:val="single" w:sz="4" w:space="0" w:color="D8E1E8"/>
              <w:bottom w:val="single" w:sz="4" w:space="0" w:color="D8E1E8"/>
              <w:right w:val="single" w:sz="4" w:space="0" w:color="D8E1E8"/>
            </w:tcBorders>
            <w:tcMar>
              <w:top w:w="130" w:type="dxa"/>
              <w:left w:w="80" w:type="dxa"/>
              <w:bottom w:w="130" w:type="dxa"/>
              <w:right w:w="80" w:type="dxa"/>
            </w:tcMar>
          </w:tcPr>
          <w:p w14:paraId="4C44A123" w14:textId="77777777" w:rsidR="00BF2E94" w:rsidRDefault="00000000">
            <w:r>
              <w:t xml:space="preserve"> </w:t>
            </w:r>
          </w:p>
        </w:tc>
      </w:tr>
      <w:tr w:rsidR="00BF2E94" w14:paraId="0F7699AB" w14:textId="77777777">
        <w:trPr>
          <w:jc w:val="center"/>
        </w:trPr>
        <w:tc>
          <w:tcPr>
            <w:tcW w:w="2016" w:type="dxa"/>
            <w:tcBorders>
              <w:top w:val="single" w:sz="4" w:space="0" w:color="D8E1E8"/>
              <w:left w:val="single" w:sz="4" w:space="0" w:color="D8E1E8"/>
              <w:bottom w:val="single" w:sz="4" w:space="0" w:color="D8E1E8"/>
              <w:right w:val="single" w:sz="4" w:space="0" w:color="D8E1E8"/>
            </w:tcBorders>
            <w:tcMar>
              <w:top w:w="130" w:type="dxa"/>
              <w:left w:w="80" w:type="dxa"/>
              <w:bottom w:w="130" w:type="dxa"/>
              <w:right w:w="80" w:type="dxa"/>
            </w:tcMar>
          </w:tcPr>
          <w:p w14:paraId="4DA7E760" w14:textId="77777777" w:rsidR="00BF2E94" w:rsidRDefault="00000000">
            <w:r>
              <w:t xml:space="preserve"> </w:t>
            </w:r>
          </w:p>
        </w:tc>
        <w:tc>
          <w:tcPr>
            <w:tcW w:w="2016" w:type="dxa"/>
            <w:tcBorders>
              <w:top w:val="single" w:sz="4" w:space="0" w:color="D8E1E8"/>
              <w:left w:val="single" w:sz="4" w:space="0" w:color="D8E1E8"/>
              <w:bottom w:val="single" w:sz="4" w:space="0" w:color="D8E1E8"/>
              <w:right w:val="single" w:sz="4" w:space="0" w:color="D8E1E8"/>
            </w:tcBorders>
            <w:tcMar>
              <w:top w:w="130" w:type="dxa"/>
              <w:left w:w="80" w:type="dxa"/>
              <w:bottom w:w="130" w:type="dxa"/>
              <w:right w:w="80" w:type="dxa"/>
            </w:tcMar>
          </w:tcPr>
          <w:p w14:paraId="3D643367" w14:textId="77777777" w:rsidR="00BF2E94" w:rsidRDefault="00000000">
            <w:r>
              <w:t xml:space="preserve"> </w:t>
            </w:r>
          </w:p>
        </w:tc>
        <w:tc>
          <w:tcPr>
            <w:tcW w:w="2016" w:type="dxa"/>
            <w:tcBorders>
              <w:top w:val="single" w:sz="4" w:space="0" w:color="D8E1E8"/>
              <w:left w:val="single" w:sz="4" w:space="0" w:color="D8E1E8"/>
              <w:bottom w:val="single" w:sz="4" w:space="0" w:color="D8E1E8"/>
              <w:right w:val="single" w:sz="4" w:space="0" w:color="D8E1E8"/>
            </w:tcBorders>
            <w:tcMar>
              <w:top w:w="130" w:type="dxa"/>
              <w:left w:w="80" w:type="dxa"/>
              <w:bottom w:w="130" w:type="dxa"/>
              <w:right w:w="80" w:type="dxa"/>
            </w:tcMar>
          </w:tcPr>
          <w:p w14:paraId="4814D4FA" w14:textId="77777777" w:rsidR="00BF2E94" w:rsidRDefault="00000000">
            <w:r>
              <w:t xml:space="preserve"> </w:t>
            </w:r>
          </w:p>
        </w:tc>
        <w:tc>
          <w:tcPr>
            <w:tcW w:w="2016" w:type="dxa"/>
            <w:tcBorders>
              <w:top w:val="single" w:sz="4" w:space="0" w:color="D8E1E8"/>
              <w:left w:val="single" w:sz="4" w:space="0" w:color="D8E1E8"/>
              <w:bottom w:val="single" w:sz="4" w:space="0" w:color="D8E1E8"/>
              <w:right w:val="single" w:sz="4" w:space="0" w:color="D8E1E8"/>
            </w:tcBorders>
            <w:tcMar>
              <w:top w:w="130" w:type="dxa"/>
              <w:left w:w="80" w:type="dxa"/>
              <w:bottom w:w="130" w:type="dxa"/>
              <w:right w:w="80" w:type="dxa"/>
            </w:tcMar>
          </w:tcPr>
          <w:p w14:paraId="623B5D80" w14:textId="77777777" w:rsidR="00BF2E94" w:rsidRDefault="00000000">
            <w:r>
              <w:t xml:space="preserve"> </w:t>
            </w:r>
          </w:p>
        </w:tc>
        <w:tc>
          <w:tcPr>
            <w:tcW w:w="2016" w:type="dxa"/>
            <w:tcBorders>
              <w:top w:val="single" w:sz="4" w:space="0" w:color="D8E1E8"/>
              <w:left w:val="single" w:sz="4" w:space="0" w:color="D8E1E8"/>
              <w:bottom w:val="single" w:sz="4" w:space="0" w:color="D8E1E8"/>
              <w:right w:val="single" w:sz="4" w:space="0" w:color="D8E1E8"/>
            </w:tcBorders>
            <w:tcMar>
              <w:top w:w="130" w:type="dxa"/>
              <w:left w:w="80" w:type="dxa"/>
              <w:bottom w:w="130" w:type="dxa"/>
              <w:right w:w="80" w:type="dxa"/>
            </w:tcMar>
          </w:tcPr>
          <w:p w14:paraId="1A7ED9CF" w14:textId="77777777" w:rsidR="00BF2E94" w:rsidRDefault="00000000">
            <w:r>
              <w:t xml:space="preserve"> </w:t>
            </w:r>
          </w:p>
        </w:tc>
      </w:tr>
      <w:tr w:rsidR="00BF2E94" w14:paraId="6715C2F6" w14:textId="77777777">
        <w:trPr>
          <w:jc w:val="center"/>
        </w:trPr>
        <w:tc>
          <w:tcPr>
            <w:tcW w:w="2016" w:type="dxa"/>
            <w:tcBorders>
              <w:top w:val="single" w:sz="4" w:space="0" w:color="D8E1E8"/>
              <w:left w:val="single" w:sz="4" w:space="0" w:color="D8E1E8"/>
              <w:bottom w:val="single" w:sz="4" w:space="0" w:color="D8E1E8"/>
              <w:right w:val="single" w:sz="4" w:space="0" w:color="D8E1E8"/>
            </w:tcBorders>
            <w:tcMar>
              <w:top w:w="130" w:type="dxa"/>
              <w:left w:w="80" w:type="dxa"/>
              <w:bottom w:w="130" w:type="dxa"/>
              <w:right w:w="80" w:type="dxa"/>
            </w:tcMar>
          </w:tcPr>
          <w:p w14:paraId="53F1E2D4" w14:textId="77777777" w:rsidR="00BF2E94" w:rsidRDefault="00000000">
            <w:r>
              <w:t xml:space="preserve"> </w:t>
            </w:r>
          </w:p>
        </w:tc>
        <w:tc>
          <w:tcPr>
            <w:tcW w:w="2016" w:type="dxa"/>
            <w:tcBorders>
              <w:top w:val="single" w:sz="4" w:space="0" w:color="D8E1E8"/>
              <w:left w:val="single" w:sz="4" w:space="0" w:color="D8E1E8"/>
              <w:bottom w:val="single" w:sz="4" w:space="0" w:color="D8E1E8"/>
              <w:right w:val="single" w:sz="4" w:space="0" w:color="D8E1E8"/>
            </w:tcBorders>
            <w:tcMar>
              <w:top w:w="130" w:type="dxa"/>
              <w:left w:w="80" w:type="dxa"/>
              <w:bottom w:w="130" w:type="dxa"/>
              <w:right w:w="80" w:type="dxa"/>
            </w:tcMar>
          </w:tcPr>
          <w:p w14:paraId="0197B137" w14:textId="77777777" w:rsidR="00BF2E94" w:rsidRDefault="00000000">
            <w:r>
              <w:t xml:space="preserve"> </w:t>
            </w:r>
          </w:p>
        </w:tc>
        <w:tc>
          <w:tcPr>
            <w:tcW w:w="2016" w:type="dxa"/>
            <w:tcBorders>
              <w:top w:val="single" w:sz="4" w:space="0" w:color="D8E1E8"/>
              <w:left w:val="single" w:sz="4" w:space="0" w:color="D8E1E8"/>
              <w:bottom w:val="single" w:sz="4" w:space="0" w:color="D8E1E8"/>
              <w:right w:val="single" w:sz="4" w:space="0" w:color="D8E1E8"/>
            </w:tcBorders>
            <w:tcMar>
              <w:top w:w="130" w:type="dxa"/>
              <w:left w:w="80" w:type="dxa"/>
              <w:bottom w:w="130" w:type="dxa"/>
              <w:right w:w="80" w:type="dxa"/>
            </w:tcMar>
          </w:tcPr>
          <w:p w14:paraId="3376486C" w14:textId="77777777" w:rsidR="00BF2E94" w:rsidRDefault="00000000">
            <w:r>
              <w:t xml:space="preserve"> </w:t>
            </w:r>
          </w:p>
        </w:tc>
        <w:tc>
          <w:tcPr>
            <w:tcW w:w="2016" w:type="dxa"/>
            <w:tcBorders>
              <w:top w:val="single" w:sz="4" w:space="0" w:color="D8E1E8"/>
              <w:left w:val="single" w:sz="4" w:space="0" w:color="D8E1E8"/>
              <w:bottom w:val="single" w:sz="4" w:space="0" w:color="D8E1E8"/>
              <w:right w:val="single" w:sz="4" w:space="0" w:color="D8E1E8"/>
            </w:tcBorders>
            <w:tcMar>
              <w:top w:w="130" w:type="dxa"/>
              <w:left w:w="80" w:type="dxa"/>
              <w:bottom w:w="130" w:type="dxa"/>
              <w:right w:w="80" w:type="dxa"/>
            </w:tcMar>
          </w:tcPr>
          <w:p w14:paraId="5BC52EFA" w14:textId="77777777" w:rsidR="00BF2E94" w:rsidRDefault="00000000">
            <w:r>
              <w:t xml:space="preserve"> </w:t>
            </w:r>
          </w:p>
        </w:tc>
        <w:tc>
          <w:tcPr>
            <w:tcW w:w="2016" w:type="dxa"/>
            <w:tcBorders>
              <w:top w:val="single" w:sz="4" w:space="0" w:color="D8E1E8"/>
              <w:left w:val="single" w:sz="4" w:space="0" w:color="D8E1E8"/>
              <w:bottom w:val="single" w:sz="4" w:space="0" w:color="D8E1E8"/>
              <w:right w:val="single" w:sz="4" w:space="0" w:color="D8E1E8"/>
            </w:tcBorders>
            <w:tcMar>
              <w:top w:w="130" w:type="dxa"/>
              <w:left w:w="80" w:type="dxa"/>
              <w:bottom w:w="130" w:type="dxa"/>
              <w:right w:w="80" w:type="dxa"/>
            </w:tcMar>
          </w:tcPr>
          <w:p w14:paraId="36A806B3" w14:textId="77777777" w:rsidR="00BF2E94" w:rsidRDefault="00000000">
            <w:r>
              <w:t xml:space="preserve"> </w:t>
            </w:r>
          </w:p>
        </w:tc>
      </w:tr>
      <w:tr w:rsidR="00BF2E94" w14:paraId="3D4456BB" w14:textId="77777777">
        <w:trPr>
          <w:jc w:val="center"/>
        </w:trPr>
        <w:tc>
          <w:tcPr>
            <w:tcW w:w="2016" w:type="dxa"/>
            <w:tcBorders>
              <w:top w:val="single" w:sz="4" w:space="0" w:color="D8E1E8"/>
              <w:left w:val="single" w:sz="4" w:space="0" w:color="D8E1E8"/>
              <w:bottom w:val="single" w:sz="4" w:space="0" w:color="D8E1E8"/>
              <w:right w:val="single" w:sz="4" w:space="0" w:color="D8E1E8"/>
            </w:tcBorders>
            <w:tcMar>
              <w:top w:w="130" w:type="dxa"/>
              <w:left w:w="80" w:type="dxa"/>
              <w:bottom w:w="130" w:type="dxa"/>
              <w:right w:w="80" w:type="dxa"/>
            </w:tcMar>
          </w:tcPr>
          <w:p w14:paraId="48E55193" w14:textId="77777777" w:rsidR="00BF2E94" w:rsidRDefault="00000000">
            <w:r>
              <w:t xml:space="preserve"> </w:t>
            </w:r>
          </w:p>
        </w:tc>
        <w:tc>
          <w:tcPr>
            <w:tcW w:w="2016" w:type="dxa"/>
            <w:tcBorders>
              <w:top w:val="single" w:sz="4" w:space="0" w:color="D8E1E8"/>
              <w:left w:val="single" w:sz="4" w:space="0" w:color="D8E1E8"/>
              <w:bottom w:val="single" w:sz="4" w:space="0" w:color="D8E1E8"/>
              <w:right w:val="single" w:sz="4" w:space="0" w:color="D8E1E8"/>
            </w:tcBorders>
            <w:tcMar>
              <w:top w:w="130" w:type="dxa"/>
              <w:left w:w="80" w:type="dxa"/>
              <w:bottom w:w="130" w:type="dxa"/>
              <w:right w:w="80" w:type="dxa"/>
            </w:tcMar>
          </w:tcPr>
          <w:p w14:paraId="2077580F" w14:textId="77777777" w:rsidR="00BF2E94" w:rsidRDefault="00000000">
            <w:r>
              <w:t xml:space="preserve"> </w:t>
            </w:r>
          </w:p>
        </w:tc>
        <w:tc>
          <w:tcPr>
            <w:tcW w:w="2016" w:type="dxa"/>
            <w:tcBorders>
              <w:top w:val="single" w:sz="4" w:space="0" w:color="D8E1E8"/>
              <w:left w:val="single" w:sz="4" w:space="0" w:color="D8E1E8"/>
              <w:bottom w:val="single" w:sz="4" w:space="0" w:color="D8E1E8"/>
              <w:right w:val="single" w:sz="4" w:space="0" w:color="D8E1E8"/>
            </w:tcBorders>
            <w:tcMar>
              <w:top w:w="130" w:type="dxa"/>
              <w:left w:w="80" w:type="dxa"/>
              <w:bottom w:w="130" w:type="dxa"/>
              <w:right w:w="80" w:type="dxa"/>
            </w:tcMar>
          </w:tcPr>
          <w:p w14:paraId="1D7A0142" w14:textId="77777777" w:rsidR="00BF2E94" w:rsidRDefault="00000000">
            <w:r>
              <w:t xml:space="preserve"> </w:t>
            </w:r>
          </w:p>
        </w:tc>
        <w:tc>
          <w:tcPr>
            <w:tcW w:w="2016" w:type="dxa"/>
            <w:tcBorders>
              <w:top w:val="single" w:sz="4" w:space="0" w:color="D8E1E8"/>
              <w:left w:val="single" w:sz="4" w:space="0" w:color="D8E1E8"/>
              <w:bottom w:val="single" w:sz="4" w:space="0" w:color="D8E1E8"/>
              <w:right w:val="single" w:sz="4" w:space="0" w:color="D8E1E8"/>
            </w:tcBorders>
            <w:tcMar>
              <w:top w:w="130" w:type="dxa"/>
              <w:left w:w="80" w:type="dxa"/>
              <w:bottom w:w="130" w:type="dxa"/>
              <w:right w:w="80" w:type="dxa"/>
            </w:tcMar>
          </w:tcPr>
          <w:p w14:paraId="6C8EF13A" w14:textId="77777777" w:rsidR="00BF2E94" w:rsidRDefault="00000000">
            <w:r>
              <w:t xml:space="preserve"> </w:t>
            </w:r>
          </w:p>
        </w:tc>
        <w:tc>
          <w:tcPr>
            <w:tcW w:w="2016" w:type="dxa"/>
            <w:tcBorders>
              <w:top w:val="single" w:sz="4" w:space="0" w:color="D8E1E8"/>
              <w:left w:val="single" w:sz="4" w:space="0" w:color="D8E1E8"/>
              <w:bottom w:val="single" w:sz="4" w:space="0" w:color="D8E1E8"/>
              <w:right w:val="single" w:sz="4" w:space="0" w:color="D8E1E8"/>
            </w:tcBorders>
            <w:tcMar>
              <w:top w:w="130" w:type="dxa"/>
              <w:left w:w="80" w:type="dxa"/>
              <w:bottom w:w="130" w:type="dxa"/>
              <w:right w:w="80" w:type="dxa"/>
            </w:tcMar>
          </w:tcPr>
          <w:p w14:paraId="42C93D60" w14:textId="77777777" w:rsidR="00BF2E94" w:rsidRDefault="00000000">
            <w:r>
              <w:t xml:space="preserve"> </w:t>
            </w:r>
          </w:p>
        </w:tc>
      </w:tr>
    </w:tbl>
    <w:p w14:paraId="01C00906" w14:textId="77777777" w:rsidR="00BF2E94" w:rsidRDefault="00BF2E94"/>
    <w:p w14:paraId="3F26CA6D" w14:textId="77777777" w:rsidR="00BF2E94" w:rsidRDefault="00000000">
      <w:pPr>
        <w:pStyle w:val="Heading1"/>
        <w:spacing w:before="180" w:after="80"/>
      </w:pPr>
      <w:r>
        <w:t>7. Author/Editor Qualifications</w:t>
      </w:r>
    </w:p>
    <w:p w14:paraId="4E30879F" w14:textId="77777777" w:rsidR="00BF2E94" w:rsidRDefault="00000000">
      <w:r>
        <w:rPr>
          <w:b/>
          <w:color w:val="0B2D4D"/>
        </w:rPr>
        <w:t>Provide a concise professional biography emphasizing experience relevant to the proposed book, including teaching, research, professional practice, prior books, or editorial experience.</w:t>
      </w:r>
    </w:p>
    <w:tbl>
      <w:tblPr>
        <w:tblW w:w="10080" w:type="dxa"/>
        <w:jc w:val="center"/>
        <w:tblLayout w:type="fixed"/>
        <w:tblCellMar>
          <w:top w:w="90" w:type="dxa"/>
          <w:left w:w="120" w:type="dxa"/>
          <w:bottom w:w="90" w:type="dxa"/>
          <w:right w:w="120" w:type="dxa"/>
        </w:tblCellMar>
        <w:tblLook w:val="04A0" w:firstRow="1" w:lastRow="0" w:firstColumn="1" w:lastColumn="0" w:noHBand="0" w:noVBand="1"/>
      </w:tblPr>
      <w:tblGrid>
        <w:gridCol w:w="10080"/>
      </w:tblGrid>
      <w:tr w:rsidR="00BF2E94" w14:paraId="5D50B66E" w14:textId="77777777">
        <w:trPr>
          <w:jc w:val="center"/>
        </w:trPr>
        <w:tc>
          <w:tcPr>
            <w:tcW w:w="10080" w:type="dxa"/>
            <w:tcBorders>
              <w:top w:val="single" w:sz="4" w:space="0" w:color="D8E1E8"/>
              <w:left w:val="single" w:sz="4" w:space="0" w:color="D8E1E8"/>
              <w:bottom w:val="single" w:sz="4" w:space="0" w:color="D8E1E8"/>
              <w:right w:val="single" w:sz="4" w:space="0" w:color="D8E1E8"/>
            </w:tcBorders>
            <w:tcMar>
              <w:top w:w="160" w:type="dxa"/>
              <w:left w:w="140" w:type="dxa"/>
              <w:bottom w:w="160" w:type="dxa"/>
              <w:right w:w="140" w:type="dxa"/>
            </w:tcMar>
          </w:tcPr>
          <w:p w14:paraId="36CFCF4E" w14:textId="77777777" w:rsidR="00BF2E94" w:rsidRDefault="00000000">
            <w:r>
              <w:t xml:space="preserve"> </w:t>
            </w:r>
            <w:r>
              <w:br/>
              <w:t xml:space="preserve"> </w:t>
            </w:r>
            <w:r>
              <w:br/>
              <w:t xml:space="preserve"> </w:t>
            </w:r>
            <w:r>
              <w:br/>
              <w:t xml:space="preserve"> </w:t>
            </w:r>
            <w:r>
              <w:br/>
              <w:t xml:space="preserve"> </w:t>
            </w:r>
            <w:r>
              <w:br/>
              <w:t xml:space="preserve"> </w:t>
            </w:r>
          </w:p>
        </w:tc>
      </w:tr>
    </w:tbl>
    <w:p w14:paraId="7C7384A8" w14:textId="77777777" w:rsidR="00BF2E94" w:rsidRDefault="00BF2E94"/>
    <w:p w14:paraId="76B5140B" w14:textId="77777777" w:rsidR="00BF2E94" w:rsidRDefault="00000000">
      <w:pPr>
        <w:pStyle w:val="Heading1"/>
        <w:spacing w:before="180" w:after="80"/>
      </w:pPr>
      <w:r>
        <w:t>8. Suggested Independent Experts</w:t>
      </w:r>
    </w:p>
    <w:p w14:paraId="1BCEE34F" w14:textId="77777777" w:rsidR="00BF2E94" w:rsidRDefault="00000000">
      <w:r>
        <w:t>Please suggest 2–3 qualified experts who could evaluate the proposal. Suggestions are advisory only. ISQGD Books may select different or additional experts. Do not suggest close collaborators, current students, recent co-authors, close personal associates, or others whose relationship could create a conflict of interest.</w:t>
      </w:r>
    </w:p>
    <w:p w14:paraId="6AF3042B" w14:textId="77777777" w:rsidR="00BF2E94" w:rsidRDefault="00000000">
      <w:r>
        <w:rPr>
          <w:b/>
          <w:color w:val="9A1E2B"/>
        </w:rPr>
        <w:t>Suggested expert 1</w:t>
      </w:r>
    </w:p>
    <w:tbl>
      <w:tblPr>
        <w:tblW w:w="10080" w:type="dxa"/>
        <w:jc w:val="center"/>
        <w:tblLayout w:type="fixed"/>
        <w:tblCellMar>
          <w:top w:w="90" w:type="dxa"/>
          <w:left w:w="120" w:type="dxa"/>
          <w:bottom w:w="90" w:type="dxa"/>
          <w:right w:w="120" w:type="dxa"/>
        </w:tblCellMar>
        <w:tblLook w:val="04A0" w:firstRow="1" w:lastRow="0" w:firstColumn="1" w:lastColumn="0" w:noHBand="0" w:noVBand="1"/>
      </w:tblPr>
      <w:tblGrid>
        <w:gridCol w:w="5040"/>
        <w:gridCol w:w="5040"/>
      </w:tblGrid>
      <w:tr w:rsidR="00BF2E94" w14:paraId="5DE0B154"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07F3E7DA" w14:textId="77777777" w:rsidR="00BF2E94" w:rsidRDefault="00000000">
            <w:r>
              <w:rPr>
                <w:b/>
                <w:color w:val="0B2D4D"/>
                <w:sz w:val="19"/>
              </w:rPr>
              <w:t>Name</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33123DFC" w14:textId="77777777" w:rsidR="00BF2E94" w:rsidRDefault="00000000">
            <w:r>
              <w:rPr>
                <w:color w:val="6E6E6E"/>
                <w:sz w:val="19"/>
              </w:rPr>
              <w:t>Type here</w:t>
            </w:r>
          </w:p>
        </w:tc>
      </w:tr>
      <w:tr w:rsidR="00BF2E94" w14:paraId="4F636A8E"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0FFFD9FB" w14:textId="77777777" w:rsidR="00BF2E94" w:rsidRDefault="00000000">
            <w:r>
              <w:rPr>
                <w:b/>
                <w:color w:val="0B2D4D"/>
                <w:sz w:val="19"/>
              </w:rPr>
              <w:t>Institution / affiliation</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655A2C53" w14:textId="77777777" w:rsidR="00BF2E94" w:rsidRDefault="00000000">
            <w:r>
              <w:rPr>
                <w:color w:val="6E6E6E"/>
                <w:sz w:val="19"/>
              </w:rPr>
              <w:t>Type here</w:t>
            </w:r>
          </w:p>
        </w:tc>
      </w:tr>
      <w:tr w:rsidR="00BF2E94" w14:paraId="539EEC83"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33FBB3D6" w14:textId="77777777" w:rsidR="00BF2E94" w:rsidRDefault="00000000">
            <w:r>
              <w:rPr>
                <w:b/>
                <w:color w:val="0B2D4D"/>
                <w:sz w:val="19"/>
              </w:rPr>
              <w:t>Country</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5A2EE1F2" w14:textId="77777777" w:rsidR="00BF2E94" w:rsidRDefault="00000000">
            <w:r>
              <w:rPr>
                <w:color w:val="6E6E6E"/>
                <w:sz w:val="19"/>
              </w:rPr>
              <w:t>Type here</w:t>
            </w:r>
          </w:p>
        </w:tc>
      </w:tr>
      <w:tr w:rsidR="00BF2E94" w14:paraId="79E7896C"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12E43123" w14:textId="77777777" w:rsidR="00BF2E94" w:rsidRDefault="00000000">
            <w:r>
              <w:rPr>
                <w:b/>
                <w:color w:val="0B2D4D"/>
                <w:sz w:val="19"/>
              </w:rPr>
              <w:t>Email</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573DD37F" w14:textId="77777777" w:rsidR="00BF2E94" w:rsidRDefault="00000000">
            <w:r>
              <w:rPr>
                <w:color w:val="6E6E6E"/>
                <w:sz w:val="19"/>
              </w:rPr>
              <w:t>Type here</w:t>
            </w:r>
          </w:p>
        </w:tc>
      </w:tr>
      <w:tr w:rsidR="00BF2E94" w14:paraId="4C8E19B3"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428FEFB7" w14:textId="77777777" w:rsidR="00BF2E94" w:rsidRDefault="00000000">
            <w:r>
              <w:rPr>
                <w:b/>
                <w:color w:val="0B2D4D"/>
                <w:sz w:val="19"/>
              </w:rPr>
              <w:t>Area of expertise</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26EC2682" w14:textId="77777777" w:rsidR="00BF2E94" w:rsidRDefault="00000000">
            <w:r>
              <w:rPr>
                <w:color w:val="6E6E6E"/>
                <w:sz w:val="19"/>
              </w:rPr>
              <w:t>Type here</w:t>
            </w:r>
          </w:p>
        </w:tc>
      </w:tr>
      <w:tr w:rsidR="00BF2E94" w14:paraId="77190996"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027CC504" w14:textId="77777777" w:rsidR="00BF2E94" w:rsidRDefault="00000000">
            <w:r>
              <w:rPr>
                <w:b/>
                <w:color w:val="0B2D4D"/>
                <w:sz w:val="19"/>
              </w:rPr>
              <w:t>Relationship to author(s)</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079EEDE4" w14:textId="77777777" w:rsidR="00BF2E94" w:rsidRDefault="00000000">
            <w:r>
              <w:rPr>
                <w:color w:val="6E6E6E"/>
                <w:sz w:val="19"/>
              </w:rPr>
              <w:t>State any prior collaboration, co-authorship, mentorship, institutional connection, or other relevant relationship</w:t>
            </w:r>
          </w:p>
        </w:tc>
      </w:tr>
    </w:tbl>
    <w:p w14:paraId="1691B473" w14:textId="77777777" w:rsidR="00BF2E94" w:rsidRDefault="00BF2E94"/>
    <w:p w14:paraId="6EC458CC" w14:textId="77777777" w:rsidR="00BF2E94" w:rsidRDefault="00000000">
      <w:r>
        <w:rPr>
          <w:b/>
          <w:color w:val="9A1E2B"/>
        </w:rPr>
        <w:t>Suggested expert 2</w:t>
      </w:r>
    </w:p>
    <w:tbl>
      <w:tblPr>
        <w:tblW w:w="10080" w:type="dxa"/>
        <w:jc w:val="center"/>
        <w:tblLayout w:type="fixed"/>
        <w:tblCellMar>
          <w:top w:w="90" w:type="dxa"/>
          <w:left w:w="120" w:type="dxa"/>
          <w:bottom w:w="90" w:type="dxa"/>
          <w:right w:w="120" w:type="dxa"/>
        </w:tblCellMar>
        <w:tblLook w:val="04A0" w:firstRow="1" w:lastRow="0" w:firstColumn="1" w:lastColumn="0" w:noHBand="0" w:noVBand="1"/>
      </w:tblPr>
      <w:tblGrid>
        <w:gridCol w:w="5040"/>
        <w:gridCol w:w="5040"/>
      </w:tblGrid>
      <w:tr w:rsidR="00BF2E94" w14:paraId="7FAFD2F2"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7D8F6CB6" w14:textId="77777777" w:rsidR="00BF2E94" w:rsidRDefault="00000000">
            <w:r>
              <w:rPr>
                <w:b/>
                <w:color w:val="0B2D4D"/>
                <w:sz w:val="19"/>
              </w:rPr>
              <w:t>Name</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024A83D2" w14:textId="77777777" w:rsidR="00BF2E94" w:rsidRDefault="00000000">
            <w:r>
              <w:rPr>
                <w:color w:val="6E6E6E"/>
                <w:sz w:val="19"/>
              </w:rPr>
              <w:t>Type here</w:t>
            </w:r>
          </w:p>
        </w:tc>
      </w:tr>
      <w:tr w:rsidR="00BF2E94" w14:paraId="282A2D65"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173C8EF2" w14:textId="77777777" w:rsidR="00BF2E94" w:rsidRDefault="00000000">
            <w:r>
              <w:rPr>
                <w:b/>
                <w:color w:val="0B2D4D"/>
                <w:sz w:val="19"/>
              </w:rPr>
              <w:t>Institution / affiliation</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09449C3B" w14:textId="77777777" w:rsidR="00BF2E94" w:rsidRDefault="00000000">
            <w:r>
              <w:rPr>
                <w:color w:val="6E6E6E"/>
                <w:sz w:val="19"/>
              </w:rPr>
              <w:t>Type here</w:t>
            </w:r>
          </w:p>
        </w:tc>
      </w:tr>
      <w:tr w:rsidR="00BF2E94" w14:paraId="25158C8D"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751C4ABD" w14:textId="77777777" w:rsidR="00BF2E94" w:rsidRDefault="00000000">
            <w:r>
              <w:rPr>
                <w:b/>
                <w:color w:val="0B2D4D"/>
                <w:sz w:val="19"/>
              </w:rPr>
              <w:t>Country</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596C26B3" w14:textId="77777777" w:rsidR="00BF2E94" w:rsidRDefault="00000000">
            <w:r>
              <w:rPr>
                <w:color w:val="6E6E6E"/>
                <w:sz w:val="19"/>
              </w:rPr>
              <w:t>Type here</w:t>
            </w:r>
          </w:p>
        </w:tc>
      </w:tr>
      <w:tr w:rsidR="00BF2E94" w14:paraId="0EEA01CB"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46BDC9CD" w14:textId="77777777" w:rsidR="00BF2E94" w:rsidRDefault="00000000">
            <w:r>
              <w:rPr>
                <w:b/>
                <w:color w:val="0B2D4D"/>
                <w:sz w:val="19"/>
              </w:rPr>
              <w:t>Email</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79F3895F" w14:textId="77777777" w:rsidR="00BF2E94" w:rsidRDefault="00000000">
            <w:r>
              <w:rPr>
                <w:color w:val="6E6E6E"/>
                <w:sz w:val="19"/>
              </w:rPr>
              <w:t>Type here</w:t>
            </w:r>
          </w:p>
        </w:tc>
      </w:tr>
      <w:tr w:rsidR="00BF2E94" w14:paraId="73378C60"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42537B06" w14:textId="77777777" w:rsidR="00BF2E94" w:rsidRDefault="00000000">
            <w:r>
              <w:rPr>
                <w:b/>
                <w:color w:val="0B2D4D"/>
                <w:sz w:val="19"/>
              </w:rPr>
              <w:t>Area of expertise</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17A36A73" w14:textId="77777777" w:rsidR="00BF2E94" w:rsidRDefault="00000000">
            <w:r>
              <w:rPr>
                <w:color w:val="6E6E6E"/>
                <w:sz w:val="19"/>
              </w:rPr>
              <w:t>Type here</w:t>
            </w:r>
          </w:p>
        </w:tc>
      </w:tr>
      <w:tr w:rsidR="00BF2E94" w14:paraId="7539A345"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35112D78" w14:textId="77777777" w:rsidR="00BF2E94" w:rsidRDefault="00000000">
            <w:r>
              <w:rPr>
                <w:b/>
                <w:color w:val="0B2D4D"/>
                <w:sz w:val="19"/>
              </w:rPr>
              <w:t>Relationship to author(s)</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6F0A3254" w14:textId="77777777" w:rsidR="00BF2E94" w:rsidRDefault="00000000">
            <w:r>
              <w:rPr>
                <w:color w:val="6E6E6E"/>
                <w:sz w:val="19"/>
              </w:rPr>
              <w:t>State any prior collaboration, co-authorship, mentorship, institutional connection, or other relevant relationship</w:t>
            </w:r>
          </w:p>
        </w:tc>
      </w:tr>
    </w:tbl>
    <w:p w14:paraId="3F39777E" w14:textId="77777777" w:rsidR="00BF2E94" w:rsidRDefault="00BF2E94"/>
    <w:p w14:paraId="1AA9E621" w14:textId="77777777" w:rsidR="00BF2E94" w:rsidRDefault="00000000">
      <w:r>
        <w:rPr>
          <w:b/>
          <w:color w:val="9A1E2B"/>
        </w:rPr>
        <w:t>Suggested expert 3</w:t>
      </w:r>
    </w:p>
    <w:tbl>
      <w:tblPr>
        <w:tblW w:w="10080" w:type="dxa"/>
        <w:jc w:val="center"/>
        <w:tblLayout w:type="fixed"/>
        <w:tblCellMar>
          <w:top w:w="90" w:type="dxa"/>
          <w:left w:w="120" w:type="dxa"/>
          <w:bottom w:w="90" w:type="dxa"/>
          <w:right w:w="120" w:type="dxa"/>
        </w:tblCellMar>
        <w:tblLook w:val="04A0" w:firstRow="1" w:lastRow="0" w:firstColumn="1" w:lastColumn="0" w:noHBand="0" w:noVBand="1"/>
      </w:tblPr>
      <w:tblGrid>
        <w:gridCol w:w="5040"/>
        <w:gridCol w:w="5040"/>
      </w:tblGrid>
      <w:tr w:rsidR="00BF2E94" w14:paraId="6DFBC80F"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02EE532A" w14:textId="77777777" w:rsidR="00BF2E94" w:rsidRDefault="00000000">
            <w:r>
              <w:rPr>
                <w:b/>
                <w:color w:val="0B2D4D"/>
                <w:sz w:val="19"/>
              </w:rPr>
              <w:t>Name</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0BF91733" w14:textId="77777777" w:rsidR="00BF2E94" w:rsidRDefault="00000000">
            <w:r>
              <w:rPr>
                <w:color w:val="6E6E6E"/>
                <w:sz w:val="19"/>
              </w:rPr>
              <w:t>Type here</w:t>
            </w:r>
          </w:p>
        </w:tc>
      </w:tr>
      <w:tr w:rsidR="00BF2E94" w14:paraId="053466AA"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6F36D1B0" w14:textId="77777777" w:rsidR="00BF2E94" w:rsidRDefault="00000000">
            <w:r>
              <w:rPr>
                <w:b/>
                <w:color w:val="0B2D4D"/>
                <w:sz w:val="19"/>
              </w:rPr>
              <w:t>Institution / affiliation</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25172D5F" w14:textId="77777777" w:rsidR="00BF2E94" w:rsidRDefault="00000000">
            <w:r>
              <w:rPr>
                <w:color w:val="6E6E6E"/>
                <w:sz w:val="19"/>
              </w:rPr>
              <w:t>Type here</w:t>
            </w:r>
          </w:p>
        </w:tc>
      </w:tr>
      <w:tr w:rsidR="00BF2E94" w14:paraId="67CB60D6"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4653305E" w14:textId="77777777" w:rsidR="00BF2E94" w:rsidRDefault="00000000">
            <w:r>
              <w:rPr>
                <w:b/>
                <w:color w:val="0B2D4D"/>
                <w:sz w:val="19"/>
              </w:rPr>
              <w:t>Country</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0073713A" w14:textId="77777777" w:rsidR="00BF2E94" w:rsidRDefault="00000000">
            <w:r>
              <w:rPr>
                <w:color w:val="6E6E6E"/>
                <w:sz w:val="19"/>
              </w:rPr>
              <w:t>Type here</w:t>
            </w:r>
          </w:p>
        </w:tc>
      </w:tr>
      <w:tr w:rsidR="00BF2E94" w14:paraId="167DC256"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004ED660" w14:textId="77777777" w:rsidR="00BF2E94" w:rsidRDefault="00000000">
            <w:r>
              <w:rPr>
                <w:b/>
                <w:color w:val="0B2D4D"/>
                <w:sz w:val="19"/>
              </w:rPr>
              <w:t>Email</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6B82DDA4" w14:textId="77777777" w:rsidR="00BF2E94" w:rsidRDefault="00000000">
            <w:r>
              <w:rPr>
                <w:color w:val="6E6E6E"/>
                <w:sz w:val="19"/>
              </w:rPr>
              <w:t>Type here</w:t>
            </w:r>
          </w:p>
        </w:tc>
      </w:tr>
      <w:tr w:rsidR="00BF2E94" w14:paraId="1C8B9EF1"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7195125D" w14:textId="77777777" w:rsidR="00BF2E94" w:rsidRDefault="00000000">
            <w:r>
              <w:rPr>
                <w:b/>
                <w:color w:val="0B2D4D"/>
                <w:sz w:val="19"/>
              </w:rPr>
              <w:t>Area of expertise</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7EEE71AB" w14:textId="77777777" w:rsidR="00BF2E94" w:rsidRDefault="00000000">
            <w:r>
              <w:rPr>
                <w:color w:val="6E6E6E"/>
                <w:sz w:val="19"/>
              </w:rPr>
              <w:t>Type here</w:t>
            </w:r>
          </w:p>
        </w:tc>
      </w:tr>
      <w:tr w:rsidR="00BF2E94" w14:paraId="38C3B92E" w14:textId="77777777">
        <w:trPr>
          <w:jc w:val="center"/>
        </w:trPr>
        <w:tc>
          <w:tcPr>
            <w:tcW w:w="5040" w:type="dxa"/>
            <w:tcBorders>
              <w:top w:val="single" w:sz="4" w:space="0" w:color="D8E1E8"/>
              <w:left w:val="single" w:sz="4" w:space="0" w:color="D8E1E8"/>
              <w:bottom w:val="single" w:sz="4" w:space="0" w:color="D8E1E8"/>
              <w:right w:val="single" w:sz="4" w:space="0" w:color="D8E1E8"/>
            </w:tcBorders>
            <w:shd w:val="clear" w:color="auto" w:fill="F3F6F8"/>
            <w:tcMar>
              <w:top w:w="120" w:type="dxa"/>
              <w:left w:w="120" w:type="dxa"/>
              <w:bottom w:w="120" w:type="dxa"/>
              <w:right w:w="120" w:type="dxa"/>
            </w:tcMar>
            <w:vAlign w:val="center"/>
          </w:tcPr>
          <w:p w14:paraId="335D33BB" w14:textId="77777777" w:rsidR="00BF2E94" w:rsidRDefault="00000000">
            <w:r>
              <w:rPr>
                <w:b/>
                <w:color w:val="0B2D4D"/>
                <w:sz w:val="19"/>
              </w:rPr>
              <w:t>Relationship to author(s)</w:t>
            </w:r>
          </w:p>
        </w:tc>
        <w:tc>
          <w:tcPr>
            <w:tcW w:w="5040" w:type="dxa"/>
            <w:tcBorders>
              <w:top w:val="single" w:sz="4" w:space="0" w:color="D8E1E8"/>
              <w:left w:val="single" w:sz="4" w:space="0" w:color="D8E1E8"/>
              <w:bottom w:val="single" w:sz="4" w:space="0" w:color="D8E1E8"/>
              <w:right w:val="single" w:sz="4" w:space="0" w:color="D8E1E8"/>
            </w:tcBorders>
            <w:tcMar>
              <w:top w:w="120" w:type="dxa"/>
              <w:left w:w="120" w:type="dxa"/>
              <w:bottom w:w="120" w:type="dxa"/>
              <w:right w:w="120" w:type="dxa"/>
            </w:tcMar>
            <w:vAlign w:val="center"/>
          </w:tcPr>
          <w:p w14:paraId="19965EE8" w14:textId="77777777" w:rsidR="00BF2E94" w:rsidRDefault="00000000">
            <w:r>
              <w:rPr>
                <w:color w:val="6E6E6E"/>
                <w:sz w:val="19"/>
              </w:rPr>
              <w:t>State any prior collaboration, co-authorship, mentorship, institutional connection, or other relevant relationship</w:t>
            </w:r>
          </w:p>
        </w:tc>
      </w:tr>
    </w:tbl>
    <w:p w14:paraId="47A3FDD1" w14:textId="77777777" w:rsidR="00BF2E94" w:rsidRDefault="00BF2E94"/>
    <w:p w14:paraId="794D082C" w14:textId="77777777" w:rsidR="00BF2E94" w:rsidRDefault="00000000">
      <w:pPr>
        <w:pStyle w:val="Heading1"/>
        <w:spacing w:before="180" w:after="80"/>
      </w:pPr>
      <w:r>
        <w:t>9. Rights, Permissions, and Ethical Declarations</w:t>
      </w:r>
    </w:p>
    <w:p w14:paraId="1B3F8A9B" w14:textId="77777777" w:rsidR="00BF2E94" w:rsidRDefault="00000000">
      <w:pPr>
        <w:spacing w:after="60"/>
        <w:ind w:left="173"/>
      </w:pPr>
      <w:r>
        <w:rPr>
          <w:b/>
        </w:rPr>
        <w:t xml:space="preserve">☐ </w:t>
      </w:r>
      <w:r>
        <w:t>The proposed work is original and will appropriately acknowledge all sources and prior publications.</w:t>
      </w:r>
    </w:p>
    <w:p w14:paraId="6FB51148" w14:textId="77777777" w:rsidR="00BF2E94" w:rsidRDefault="00000000">
      <w:pPr>
        <w:spacing w:after="60"/>
        <w:ind w:left="173"/>
      </w:pPr>
      <w:r>
        <w:rPr>
          <w:b/>
        </w:rPr>
        <w:t xml:space="preserve">☐ </w:t>
      </w:r>
      <w:r>
        <w:t>Any third-party material requiring permission will be identified and appropriate permissions will be obtained before publication.</w:t>
      </w:r>
    </w:p>
    <w:p w14:paraId="1064E11C" w14:textId="77777777" w:rsidR="00BF2E94" w:rsidRDefault="00000000">
      <w:pPr>
        <w:spacing w:after="60"/>
        <w:ind w:left="173"/>
      </w:pPr>
      <w:r>
        <w:rPr>
          <w:b/>
        </w:rPr>
        <w:t xml:space="preserve">☐ </w:t>
      </w:r>
      <w:r>
        <w:t>Any substantial overlap with the author’s or editor’s previously published material is disclosed below.</w:t>
      </w:r>
    </w:p>
    <w:p w14:paraId="091C9CA8" w14:textId="77777777" w:rsidR="00BF2E94" w:rsidRDefault="00000000">
      <w:pPr>
        <w:spacing w:after="60"/>
        <w:ind w:left="173"/>
      </w:pPr>
      <w:r>
        <w:rPr>
          <w:b/>
        </w:rPr>
        <w:t xml:space="preserve">☐ </w:t>
      </w:r>
      <w:r>
        <w:t>Any potential conflict of interest relevant to editorial evaluation is disclosed below.</w:t>
      </w:r>
    </w:p>
    <w:p w14:paraId="29B29653" w14:textId="77777777" w:rsidR="00BF2E94" w:rsidRDefault="00000000">
      <w:pPr>
        <w:spacing w:after="60"/>
        <w:ind w:left="173"/>
      </w:pPr>
      <w:r>
        <w:rPr>
          <w:b/>
        </w:rPr>
        <w:t xml:space="preserve">☐ </w:t>
      </w:r>
      <w:r>
        <w:t>The information supplied in this proposal is accurate to the best of my knowledge.</w:t>
      </w:r>
    </w:p>
    <w:p w14:paraId="433DB7F5" w14:textId="77777777" w:rsidR="00BF2E94" w:rsidRDefault="00000000">
      <w:r>
        <w:rPr>
          <w:b/>
          <w:color w:val="0B2D4D"/>
        </w:rPr>
        <w:t>Disclosures or explanatory notes, if any:</w:t>
      </w:r>
    </w:p>
    <w:tbl>
      <w:tblPr>
        <w:tblW w:w="10080" w:type="dxa"/>
        <w:jc w:val="center"/>
        <w:tblLayout w:type="fixed"/>
        <w:tblCellMar>
          <w:top w:w="90" w:type="dxa"/>
          <w:left w:w="120" w:type="dxa"/>
          <w:bottom w:w="90" w:type="dxa"/>
          <w:right w:w="120" w:type="dxa"/>
        </w:tblCellMar>
        <w:tblLook w:val="04A0" w:firstRow="1" w:lastRow="0" w:firstColumn="1" w:lastColumn="0" w:noHBand="0" w:noVBand="1"/>
      </w:tblPr>
      <w:tblGrid>
        <w:gridCol w:w="10080"/>
      </w:tblGrid>
      <w:tr w:rsidR="00BF2E94" w14:paraId="3BA294B4" w14:textId="77777777">
        <w:trPr>
          <w:jc w:val="center"/>
        </w:trPr>
        <w:tc>
          <w:tcPr>
            <w:tcW w:w="10080" w:type="dxa"/>
            <w:tcBorders>
              <w:top w:val="single" w:sz="4" w:space="0" w:color="D8E1E8"/>
              <w:left w:val="single" w:sz="4" w:space="0" w:color="D8E1E8"/>
              <w:bottom w:val="single" w:sz="4" w:space="0" w:color="D8E1E8"/>
              <w:right w:val="single" w:sz="4" w:space="0" w:color="D8E1E8"/>
            </w:tcBorders>
            <w:tcMar>
              <w:top w:w="160" w:type="dxa"/>
              <w:left w:w="140" w:type="dxa"/>
              <w:bottom w:w="160" w:type="dxa"/>
              <w:right w:w="140" w:type="dxa"/>
            </w:tcMar>
          </w:tcPr>
          <w:p w14:paraId="31C7089F" w14:textId="77777777" w:rsidR="00BF2E94" w:rsidRDefault="00000000">
            <w:r>
              <w:t xml:space="preserve"> </w:t>
            </w:r>
            <w:r>
              <w:br/>
              <w:t xml:space="preserve"> </w:t>
            </w:r>
            <w:r>
              <w:br/>
              <w:t xml:space="preserve"> </w:t>
            </w:r>
            <w:r>
              <w:br/>
              <w:t xml:space="preserve"> </w:t>
            </w:r>
          </w:p>
        </w:tc>
      </w:tr>
    </w:tbl>
    <w:p w14:paraId="672F882B" w14:textId="77777777" w:rsidR="00BF2E94" w:rsidRDefault="00BF2E94"/>
    <w:p w14:paraId="2587BE1A" w14:textId="77777777" w:rsidR="00BF2E94" w:rsidRDefault="00000000">
      <w:pPr>
        <w:pStyle w:val="Heading1"/>
        <w:spacing w:before="180" w:after="80"/>
      </w:pPr>
      <w:r>
        <w:t>10. Materials Submitted with the Proposal</w:t>
      </w:r>
    </w:p>
    <w:p w14:paraId="6394B52C" w14:textId="77777777" w:rsidR="00BF2E94" w:rsidRDefault="00000000">
      <w:pPr>
        <w:spacing w:after="60"/>
        <w:ind w:left="173"/>
      </w:pPr>
      <w:r>
        <w:rPr>
          <w:b/>
        </w:rPr>
        <w:t xml:space="preserve">☐ </w:t>
      </w:r>
      <w:r>
        <w:t>Completed Book Proposal Form</w:t>
      </w:r>
    </w:p>
    <w:p w14:paraId="5AF74EFF" w14:textId="77777777" w:rsidR="00BF2E94" w:rsidRDefault="00000000">
      <w:pPr>
        <w:spacing w:after="60"/>
        <w:ind w:left="173"/>
      </w:pPr>
      <w:r>
        <w:rPr>
          <w:b/>
        </w:rPr>
        <w:t xml:space="preserve">☐ </w:t>
      </w:r>
      <w:r>
        <w:t>Detailed table of contents / chapter synopses</w:t>
      </w:r>
    </w:p>
    <w:p w14:paraId="5C9E69B2" w14:textId="77777777" w:rsidR="00BF2E94" w:rsidRDefault="00000000">
      <w:pPr>
        <w:spacing w:after="60"/>
        <w:ind w:left="173"/>
      </w:pPr>
      <w:r>
        <w:rPr>
          <w:b/>
        </w:rPr>
        <w:t xml:space="preserve">☐ </w:t>
      </w:r>
      <w:r>
        <w:t>Sample chapter or substantial sample material (strongly encouraged)</w:t>
      </w:r>
    </w:p>
    <w:p w14:paraId="4449C26E" w14:textId="77777777" w:rsidR="00BF2E94" w:rsidRDefault="00000000">
      <w:pPr>
        <w:spacing w:after="60"/>
        <w:ind w:left="173"/>
      </w:pPr>
      <w:r>
        <w:rPr>
          <w:b/>
        </w:rPr>
        <w:t xml:space="preserve">☐ </w:t>
      </w:r>
      <w:r>
        <w:t>Author/editor CV or short biography</w:t>
      </w:r>
    </w:p>
    <w:p w14:paraId="5CB4DDF6" w14:textId="77777777" w:rsidR="00BF2E94" w:rsidRDefault="00000000">
      <w:pPr>
        <w:spacing w:after="60"/>
        <w:ind w:left="173"/>
      </w:pPr>
      <w:r>
        <w:rPr>
          <w:b/>
        </w:rPr>
        <w:t xml:space="preserve">☐ </w:t>
      </w:r>
      <w:r>
        <w:t>Other relevant supporting material</w:t>
      </w:r>
    </w:p>
    <w:p w14:paraId="21B404B4" w14:textId="77777777" w:rsidR="00BF2E94" w:rsidRDefault="00000000">
      <w:pPr>
        <w:pStyle w:val="Heading1"/>
        <w:spacing w:before="180" w:after="80"/>
      </w:pPr>
      <w:r>
        <w:t>11. Submission</w:t>
      </w:r>
    </w:p>
    <w:p w14:paraId="12253B2B" w14:textId="77777777" w:rsidR="00BF2E94" w:rsidRDefault="00000000">
      <w:r>
        <w:t>Please submit the completed proposal and supporting material by email to:</w:t>
      </w:r>
    </w:p>
    <w:p w14:paraId="395BA8ED" w14:textId="77777777" w:rsidR="00BF2E94" w:rsidRDefault="00000000">
      <w:r>
        <w:rPr>
          <w:b/>
        </w:rPr>
        <w:t>Professor Carlo Cattani</w:t>
      </w:r>
      <w:r>
        <w:rPr>
          <w:b/>
        </w:rPr>
        <w:br/>
      </w:r>
      <w:r>
        <w:t>General Editor, ISQGD Books</w:t>
      </w:r>
      <w:r>
        <w:br/>
        <w:t>Engineering School (DEIM), University of Tuscia, Italy</w:t>
      </w:r>
      <w:r>
        <w:br/>
      </w:r>
      <w:r>
        <w:rPr>
          <w:b/>
        </w:rPr>
        <w:t>cattani@unitus.it</w:t>
      </w:r>
    </w:p>
    <w:p w14:paraId="0C6C70CE" w14:textId="77777777" w:rsidR="00BF2E94" w:rsidRDefault="00000000">
      <w:r>
        <w:t>Authors may also copy:</w:t>
      </w:r>
    </w:p>
    <w:p w14:paraId="3730471C" w14:textId="77777777" w:rsidR="00BF2E94" w:rsidRDefault="00000000">
      <w:r>
        <w:rPr>
          <w:b/>
        </w:rPr>
        <w:t>Professor Mrinal Kanti Roychowdhury</w:t>
      </w:r>
      <w:r>
        <w:rPr>
          <w:b/>
        </w:rPr>
        <w:br/>
      </w:r>
      <w:r>
        <w:t>Chair &amp; Board Director, ISQGD</w:t>
      </w:r>
      <w:r>
        <w:br/>
        <w:t>School of Mathematical and Statistical Sciences, The University of Texas Rio Grande Valley (UTRGV), USA</w:t>
      </w:r>
      <w:r>
        <w:br/>
      </w:r>
      <w:r>
        <w:rPr>
          <w:b/>
        </w:rPr>
        <w:t>mrinal.roychowdhury@isqgd.org</w:t>
      </w:r>
    </w:p>
    <w:p w14:paraId="5224C075" w14:textId="77777777" w:rsidR="00BF2E94" w:rsidRDefault="00000000">
      <w:r>
        <w:rPr>
          <w:i/>
        </w:rPr>
        <w:t>Editorial process: All proposals are first submitted to the General Editor for initial assessment. If a proposal is suitable for further consideration, the General Editor refers it to the Editor-in-Chief of the corresponding division, who coordinates the appropriate editorial and independent expert evaluation and submits a recommendation to the General Editor. The General Editor makes the proposal decision. Proposal approval permits manuscript development and evaluation but is not final acceptance. After the completed manuscript has undergone the applicable evaluation and revision process, the division Editor-in-Chief submits an acceptance or rejection recommendation, and the General Editor makes the final decision and issues the formal written acceptance or rejection letter.</w:t>
      </w:r>
    </w:p>
    <w:sectPr w:rsidR="00BF2E94" w:rsidSect="00034616">
      <w:headerReference w:type="default" r:id="rId8"/>
      <w:footerReference w:type="default" r:id="rId9"/>
      <w:pgSz w:w="12240" w:h="15840"/>
      <w:pgMar w:top="1699" w:right="1080" w:bottom="936" w:left="1080" w:header="259"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7658A" w14:textId="77777777" w:rsidR="00A867B0" w:rsidRDefault="00A867B0">
      <w:pPr>
        <w:spacing w:after="0" w:line="240" w:lineRule="auto"/>
      </w:pPr>
      <w:r>
        <w:separator/>
      </w:r>
    </w:p>
  </w:endnote>
  <w:endnote w:type="continuationSeparator" w:id="0">
    <w:p w14:paraId="491813A5" w14:textId="77777777" w:rsidR="00A867B0" w:rsidRDefault="00A86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A2FE0" w14:textId="77777777" w:rsidR="00BF2E94" w:rsidRDefault="00000000">
    <w:pPr>
      <w:spacing w:after="0"/>
      <w:jc w:val="center"/>
    </w:pPr>
    <w:r>
      <w:rPr>
        <w:color w:val="6B7280"/>
        <w:sz w:val="15"/>
      </w:rPr>
      <w:t xml:space="preserve">ISQGD </w:t>
    </w:r>
    <w:proofErr w:type="gramStart"/>
    <w:r>
      <w:rPr>
        <w:color w:val="6B7280"/>
        <w:sz w:val="15"/>
      </w:rPr>
      <w:t>Books  |</w:t>
    </w:r>
    <w:proofErr w:type="gramEnd"/>
    <w:r>
      <w:rPr>
        <w:color w:val="6B7280"/>
        <w:sz w:val="15"/>
      </w:rPr>
      <w:t xml:space="preserve">  </w:t>
    </w:r>
    <w:proofErr w:type="gramStart"/>
    <w:r>
      <w:rPr>
        <w:color w:val="6B7280"/>
        <w:sz w:val="15"/>
      </w:rPr>
      <w:t>www.isqgd.org  |</w:t>
    </w:r>
    <w:proofErr w:type="gramEnd"/>
    <w:r>
      <w:rPr>
        <w:color w:val="6B7280"/>
        <w:sz w:val="15"/>
      </w:rPr>
      <w:t xml:space="preserve">  U.S. IRS Recognized 501(c)(3) Public Charity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820EA" w14:textId="77777777" w:rsidR="00A867B0" w:rsidRDefault="00A867B0">
      <w:pPr>
        <w:spacing w:after="0" w:line="240" w:lineRule="auto"/>
      </w:pPr>
      <w:r>
        <w:separator/>
      </w:r>
    </w:p>
  </w:footnote>
  <w:footnote w:type="continuationSeparator" w:id="0">
    <w:p w14:paraId="1E6FEFA8" w14:textId="77777777" w:rsidR="00A867B0" w:rsidRDefault="00A86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4A0" w:firstRow="1" w:lastRow="0" w:firstColumn="1" w:lastColumn="0" w:noHBand="0" w:noVBand="1"/>
    </w:tblPr>
    <w:tblGrid>
      <w:gridCol w:w="1181"/>
      <w:gridCol w:w="8899"/>
    </w:tblGrid>
    <w:tr w:rsidR="00BF2E94" w14:paraId="7F63D5A1" w14:textId="77777777">
      <w:trPr>
        <w:jc w:val="center"/>
      </w:trPr>
      <w:tc>
        <w:tcPr>
          <w:tcW w:w="1181" w:type="dxa"/>
          <w:tcBorders>
            <w:bottom w:val="single" w:sz="10" w:space="0" w:color="B58A18"/>
          </w:tcBorders>
          <w:tcMar>
            <w:top w:w="20" w:type="dxa"/>
            <w:left w:w="20" w:type="dxa"/>
            <w:bottom w:w="20" w:type="dxa"/>
            <w:right w:w="20" w:type="dxa"/>
          </w:tcMar>
          <w:vAlign w:val="center"/>
        </w:tcPr>
        <w:p w14:paraId="3EF8E95E" w14:textId="77777777" w:rsidR="00BF2E94" w:rsidRDefault="00000000">
          <w:pPr>
            <w:jc w:val="center"/>
          </w:pPr>
          <w:r>
            <w:rPr>
              <w:noProof/>
            </w:rPr>
            <w:drawing>
              <wp:inline distT="0" distB="0" distL="0" distR="0" wp14:anchorId="52B15E2A" wp14:editId="79764D7E">
                <wp:extent cx="566928" cy="5669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QGD-logo.png"/>
                        <pic:cNvPicPr/>
                      </pic:nvPicPr>
                      <pic:blipFill>
                        <a:blip r:embed="rId1"/>
                        <a:stretch>
                          <a:fillRect/>
                        </a:stretch>
                      </pic:blipFill>
                      <pic:spPr>
                        <a:xfrm>
                          <a:off x="0" y="0"/>
                          <a:ext cx="566928" cy="566928"/>
                        </a:xfrm>
                        <a:prstGeom prst="rect">
                          <a:avLst/>
                        </a:prstGeom>
                      </pic:spPr>
                    </pic:pic>
                  </a:graphicData>
                </a:graphic>
              </wp:inline>
            </w:drawing>
          </w:r>
        </w:p>
      </w:tc>
      <w:tc>
        <w:tcPr>
          <w:tcW w:w="8899" w:type="dxa"/>
          <w:tcBorders>
            <w:bottom w:val="single" w:sz="10" w:space="0" w:color="B58A18"/>
          </w:tcBorders>
          <w:tcMar>
            <w:top w:w="20" w:type="dxa"/>
            <w:left w:w="20" w:type="dxa"/>
            <w:bottom w:w="20" w:type="dxa"/>
            <w:right w:w="20" w:type="dxa"/>
          </w:tcMar>
          <w:vAlign w:val="center"/>
        </w:tcPr>
        <w:p w14:paraId="6E1D9180" w14:textId="77777777" w:rsidR="00BF2E94" w:rsidRDefault="00000000">
          <w:pPr>
            <w:spacing w:after="0"/>
          </w:pPr>
          <w:r>
            <w:rPr>
              <w:b/>
              <w:color w:val="0B3558"/>
              <w:sz w:val="30"/>
            </w:rPr>
            <w:t>ISQGD Books</w:t>
          </w:r>
          <w:r>
            <w:rPr>
              <w:color w:val="0B3558"/>
              <w:sz w:val="18"/>
            </w:rPr>
            <w:br/>
            <w:t>International Society for Quality Growth and Development (ISQGD)</w:t>
          </w:r>
          <w:r>
            <w:rPr>
              <w:i/>
              <w:color w:val="B58A18"/>
              <w:sz w:val="17"/>
            </w:rPr>
            <w:br/>
            <w:t>Knowledge with Humanity: Service, Integrity, and Excellence.</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29986187">
    <w:abstractNumId w:val="8"/>
  </w:num>
  <w:num w:numId="2" w16cid:durableId="774178144">
    <w:abstractNumId w:val="6"/>
  </w:num>
  <w:num w:numId="3" w16cid:durableId="564753831">
    <w:abstractNumId w:val="5"/>
  </w:num>
  <w:num w:numId="4" w16cid:durableId="592511719">
    <w:abstractNumId w:val="4"/>
  </w:num>
  <w:num w:numId="5" w16cid:durableId="1710647438">
    <w:abstractNumId w:val="7"/>
  </w:num>
  <w:num w:numId="6" w16cid:durableId="250966063">
    <w:abstractNumId w:val="3"/>
  </w:num>
  <w:num w:numId="7" w16cid:durableId="1910188722">
    <w:abstractNumId w:val="2"/>
  </w:num>
  <w:num w:numId="8" w16cid:durableId="330521801">
    <w:abstractNumId w:val="1"/>
  </w:num>
  <w:num w:numId="9" w16cid:durableId="1583681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A1AC7"/>
    <w:rsid w:val="00326F90"/>
    <w:rsid w:val="00A867B0"/>
    <w:rsid w:val="00AA1D8D"/>
    <w:rsid w:val="00B47730"/>
    <w:rsid w:val="00BF2E94"/>
    <w:rsid w:val="00CB0664"/>
    <w:rsid w:val="00DE623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9B3527"/>
  <w14:defaultImageDpi w14:val="300"/>
  <w15:docId w15:val="{6CFB7AF3-C7D4-40D5-BEA1-3E3F922E5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color w:val="1F2933"/>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B2D4D"/>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9A1E2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B2D4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836</Words>
  <Characters>4767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Mrinal Kanti Roychowdhury</cp:lastModifiedBy>
  <cp:revision>2</cp:revision>
  <dcterms:created xsi:type="dcterms:W3CDTF">2013-12-23T23:15:00Z</dcterms:created>
  <dcterms:modified xsi:type="dcterms:W3CDTF">2026-09-11T05:09:00Z</dcterms:modified>
  <cp:category/>
</cp:coreProperties>
</file>